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AD4F2E6" w14:textId="77777777" w:rsidR="005B5EBB" w:rsidRPr="008457DC" w:rsidRDefault="0086124C">
      <w:pPr>
        <w:pStyle w:val="ProceduraNaglowek"/>
        <w:rPr>
          <w:rFonts w:asciiTheme="majorHAnsi" w:hAnsiTheme="majorHAnsi" w:cstheme="majorHAnsi"/>
          <w:color w:val="auto"/>
          <w:lang w:val="pl-PL"/>
        </w:rPr>
      </w:pPr>
      <w:r w:rsidRPr="008457DC">
        <w:rPr>
          <w:rFonts w:asciiTheme="majorHAnsi" w:hAnsiTheme="majorHAnsi" w:cstheme="majorHAnsi"/>
          <w:color w:val="auto"/>
          <w:lang w:val="pl-PL"/>
        </w:rPr>
        <w:t>Procedura dyplomowania</w:t>
      </w:r>
    </w:p>
    <w:p w14:paraId="06774C2E" w14:textId="77777777" w:rsidR="005B5EBB" w:rsidRPr="008457DC" w:rsidRDefault="0086124C">
      <w:pPr>
        <w:spacing w:after="160"/>
        <w:rPr>
          <w:rFonts w:asciiTheme="majorHAnsi" w:hAnsiTheme="majorHAnsi" w:cstheme="majorHAnsi"/>
          <w:iCs/>
          <w:color w:val="auto"/>
          <w:lang w:val="pl-PL"/>
        </w:rPr>
      </w:pPr>
      <w:r w:rsidRPr="008457DC">
        <w:rPr>
          <w:rFonts w:asciiTheme="majorHAnsi" w:hAnsiTheme="majorHAnsi" w:cstheme="majorHAnsi"/>
          <w:iCs/>
          <w:color w:val="auto"/>
          <w:lang w:val="pl-PL"/>
        </w:rPr>
        <w:t>(w tym zatwierdzania tematów prac dyplomowych)</w:t>
      </w:r>
    </w:p>
    <w:p w14:paraId="29B24679" w14:textId="77777777" w:rsidR="005B5EBB" w:rsidRPr="008457DC" w:rsidRDefault="0086124C">
      <w:pPr>
        <w:pStyle w:val="ProceduraSekcja"/>
        <w:rPr>
          <w:rFonts w:asciiTheme="majorHAnsi" w:hAnsiTheme="majorHAnsi" w:cstheme="majorHAnsi"/>
          <w:color w:val="auto"/>
          <w:lang w:val="pl-PL"/>
        </w:rPr>
      </w:pPr>
      <w:r w:rsidRPr="008457DC">
        <w:rPr>
          <w:rFonts w:asciiTheme="majorHAnsi" w:hAnsiTheme="majorHAnsi" w:cstheme="majorHAnsi"/>
          <w:color w:val="auto"/>
          <w:lang w:val="pl-PL"/>
        </w:rPr>
        <w:t>1. Informacje o procedurze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35"/>
        <w:gridCol w:w="12302"/>
      </w:tblGrid>
      <w:tr w:rsidR="008457DC" w:rsidRPr="008457DC" w14:paraId="47BA3203" w14:textId="77777777" w:rsidTr="008457DC">
        <w:trPr>
          <w:cantSplit/>
          <w:tblHeader/>
          <w:jc w:val="center"/>
        </w:trPr>
        <w:tc>
          <w:tcPr>
            <w:tcW w:w="2835" w:type="dxa"/>
            <w:shd w:val="clear" w:color="auto" w:fill="D9D9D9" w:themeFill="background1" w:themeFillShade="D9"/>
            <w:tcMar>
              <w:top w:w="90" w:type="dxa"/>
              <w:left w:w="115" w:type="dxa"/>
              <w:bottom w:w="90" w:type="dxa"/>
              <w:right w:w="115" w:type="dxa"/>
            </w:tcMar>
            <w:vAlign w:val="center"/>
          </w:tcPr>
          <w:p w14:paraId="3746478E" w14:textId="77777777" w:rsidR="005B5EBB" w:rsidRPr="008457DC" w:rsidRDefault="0086124C">
            <w:pPr>
              <w:spacing w:line="262" w:lineRule="auto"/>
              <w:rPr>
                <w:rFonts w:asciiTheme="majorHAnsi" w:hAnsiTheme="majorHAnsi" w:cstheme="majorHAnsi"/>
                <w:color w:val="auto"/>
                <w:lang w:val="pl-PL"/>
              </w:rPr>
            </w:pPr>
            <w:r w:rsidRPr="008457DC">
              <w:rPr>
                <w:rFonts w:asciiTheme="majorHAnsi" w:hAnsiTheme="majorHAnsi" w:cstheme="majorHAnsi"/>
                <w:b/>
                <w:color w:val="auto"/>
                <w:lang w:val="pl-PL"/>
              </w:rPr>
              <w:t>KATEGORIE</w:t>
            </w:r>
          </w:p>
        </w:tc>
        <w:tc>
          <w:tcPr>
            <w:tcW w:w="12302" w:type="dxa"/>
            <w:shd w:val="clear" w:color="auto" w:fill="D9D9D9" w:themeFill="background1" w:themeFillShade="D9"/>
            <w:tcMar>
              <w:top w:w="90" w:type="dxa"/>
              <w:left w:w="115" w:type="dxa"/>
              <w:bottom w:w="90" w:type="dxa"/>
              <w:right w:w="115" w:type="dxa"/>
            </w:tcMar>
            <w:vAlign w:val="center"/>
          </w:tcPr>
          <w:p w14:paraId="1E33E3E3" w14:textId="77777777" w:rsidR="005B5EBB" w:rsidRPr="008457DC" w:rsidRDefault="0086124C">
            <w:pPr>
              <w:spacing w:line="262" w:lineRule="auto"/>
              <w:rPr>
                <w:rFonts w:asciiTheme="majorHAnsi" w:hAnsiTheme="majorHAnsi" w:cstheme="majorHAnsi"/>
                <w:color w:val="auto"/>
                <w:lang w:val="pl-PL"/>
              </w:rPr>
            </w:pPr>
            <w:r w:rsidRPr="008457DC">
              <w:rPr>
                <w:rFonts w:asciiTheme="majorHAnsi" w:hAnsiTheme="majorHAnsi" w:cstheme="majorHAnsi"/>
                <w:b/>
                <w:color w:val="auto"/>
                <w:lang w:val="pl-PL"/>
              </w:rPr>
              <w:t>TREŚCI</w:t>
            </w:r>
          </w:p>
        </w:tc>
      </w:tr>
      <w:tr w:rsidR="008457DC" w:rsidRPr="00424337" w14:paraId="4B01683A" w14:textId="77777777" w:rsidTr="008457DC">
        <w:trPr>
          <w:cantSplit/>
          <w:jc w:val="center"/>
        </w:trPr>
        <w:tc>
          <w:tcPr>
            <w:tcW w:w="2835" w:type="dxa"/>
            <w:tcMar>
              <w:top w:w="90" w:type="dxa"/>
              <w:left w:w="115" w:type="dxa"/>
              <w:bottom w:w="90" w:type="dxa"/>
              <w:right w:w="115" w:type="dxa"/>
            </w:tcMar>
            <w:vAlign w:val="center"/>
          </w:tcPr>
          <w:p w14:paraId="4D1D7FEB" w14:textId="77777777" w:rsidR="005B5EBB" w:rsidRPr="008457DC" w:rsidRDefault="0086124C">
            <w:pPr>
              <w:spacing w:line="262" w:lineRule="auto"/>
              <w:rPr>
                <w:rFonts w:asciiTheme="majorHAnsi" w:hAnsiTheme="majorHAnsi" w:cstheme="majorHAnsi"/>
                <w:color w:val="auto"/>
                <w:lang w:val="pl-PL"/>
              </w:rPr>
            </w:pPr>
            <w:r w:rsidRPr="008457DC">
              <w:rPr>
                <w:rFonts w:asciiTheme="majorHAnsi" w:hAnsiTheme="majorHAnsi" w:cstheme="majorHAnsi"/>
                <w:b/>
                <w:color w:val="auto"/>
                <w:sz w:val="17"/>
                <w:lang w:val="pl-PL"/>
              </w:rPr>
              <w:t>Podstawa prawna</w:t>
            </w:r>
          </w:p>
        </w:tc>
        <w:tc>
          <w:tcPr>
            <w:tcW w:w="12302" w:type="dxa"/>
            <w:tcMar>
              <w:top w:w="90" w:type="dxa"/>
              <w:left w:w="115" w:type="dxa"/>
              <w:bottom w:w="90" w:type="dxa"/>
              <w:right w:w="115" w:type="dxa"/>
            </w:tcMar>
            <w:vAlign w:val="center"/>
          </w:tcPr>
          <w:p w14:paraId="7FC14A9C" w14:textId="77777777" w:rsidR="005B5EBB" w:rsidRPr="008457DC" w:rsidRDefault="0086124C" w:rsidP="00616E4F">
            <w:pPr>
              <w:spacing w:after="40" w:line="240" w:lineRule="auto"/>
              <w:rPr>
                <w:rFonts w:asciiTheme="majorHAnsi" w:hAnsiTheme="majorHAnsi" w:cstheme="majorHAnsi"/>
                <w:color w:val="auto"/>
                <w:lang w:val="pl-PL"/>
              </w:rPr>
            </w:pPr>
            <w:r w:rsidRPr="008457DC">
              <w:rPr>
                <w:rFonts w:asciiTheme="majorHAnsi" w:hAnsiTheme="majorHAnsi" w:cstheme="majorHAnsi"/>
                <w:color w:val="auto"/>
                <w:sz w:val="17"/>
                <w:lang w:val="pl-PL"/>
              </w:rPr>
              <w:t>Ustawa z dnia 20 lipca 2018 r. – Prawo o szkolnictwie wyższym i nauce (Dz. U. z 2024 r. poz. 1571 z późn. zm.)</w:t>
            </w:r>
          </w:p>
          <w:p w14:paraId="3558469F" w14:textId="77777777" w:rsidR="005B5EBB" w:rsidRPr="008457DC" w:rsidRDefault="0086124C" w:rsidP="00616E4F">
            <w:pPr>
              <w:spacing w:before="40" w:after="40" w:line="240" w:lineRule="auto"/>
              <w:rPr>
                <w:rFonts w:asciiTheme="majorHAnsi" w:hAnsiTheme="majorHAnsi" w:cstheme="majorHAnsi"/>
                <w:color w:val="auto"/>
                <w:lang w:val="pl-PL"/>
              </w:rPr>
            </w:pPr>
            <w:r w:rsidRPr="008457DC">
              <w:rPr>
                <w:rFonts w:asciiTheme="majorHAnsi" w:hAnsiTheme="majorHAnsi" w:cstheme="majorHAnsi"/>
                <w:color w:val="auto"/>
                <w:sz w:val="17"/>
                <w:lang w:val="pl-PL"/>
              </w:rPr>
              <w:t>Zarządzenie Nr 60/2017/2018 Rektora Uniwersytetu Kazimierza Wielkiego z dnia 3 lipca 2018 r.</w:t>
            </w:r>
          </w:p>
          <w:p w14:paraId="169A16A9" w14:textId="77777777" w:rsidR="005B5EBB" w:rsidRPr="008457DC" w:rsidRDefault="0086124C" w:rsidP="00616E4F">
            <w:pPr>
              <w:spacing w:before="40" w:after="40" w:line="240" w:lineRule="auto"/>
              <w:rPr>
                <w:rFonts w:asciiTheme="majorHAnsi" w:hAnsiTheme="majorHAnsi" w:cstheme="majorHAnsi"/>
                <w:color w:val="auto"/>
                <w:lang w:val="pl-PL"/>
              </w:rPr>
            </w:pPr>
            <w:r w:rsidRPr="008457DC">
              <w:rPr>
                <w:rFonts w:asciiTheme="majorHAnsi" w:hAnsiTheme="majorHAnsi" w:cstheme="majorHAnsi"/>
                <w:color w:val="auto"/>
                <w:sz w:val="17"/>
                <w:lang w:val="pl-PL"/>
              </w:rPr>
              <w:t>Regulamin Studiów Uniwersytetu Kazimierza Wielkiego w Bydgoszczy Załącznik Nr 1 do Uchwały Nr 56/2024/2025 Senatu UKW z dnia 29 kwietnia 2025 r.</w:t>
            </w:r>
          </w:p>
          <w:p w14:paraId="3063FD27" w14:textId="77777777" w:rsidR="005B5EBB" w:rsidRPr="008457DC" w:rsidRDefault="0086124C" w:rsidP="00616E4F">
            <w:pPr>
              <w:spacing w:before="40" w:after="40" w:line="240" w:lineRule="auto"/>
              <w:rPr>
                <w:rFonts w:asciiTheme="majorHAnsi" w:hAnsiTheme="majorHAnsi" w:cstheme="majorHAnsi"/>
                <w:color w:val="auto"/>
                <w:lang w:val="pl-PL"/>
              </w:rPr>
            </w:pPr>
            <w:r w:rsidRPr="008457DC">
              <w:rPr>
                <w:rFonts w:asciiTheme="majorHAnsi" w:hAnsiTheme="majorHAnsi" w:cstheme="majorHAnsi"/>
                <w:color w:val="auto"/>
                <w:sz w:val="17"/>
                <w:lang w:val="pl-PL"/>
              </w:rPr>
              <w:t>Aktualne Zarządzenie Rektora Uniwersytetu Kazimierza Wielkiego w sprawie wytycznych dotyczących organizacji procesu kształcenia oraz trybu przeprowadzania i organizacji egzaminów dyplomowych.</w:t>
            </w:r>
          </w:p>
          <w:p w14:paraId="06F39E02" w14:textId="77777777" w:rsidR="005B5EBB" w:rsidRPr="008457DC" w:rsidRDefault="0086124C" w:rsidP="00616E4F">
            <w:pPr>
              <w:spacing w:before="40" w:line="240" w:lineRule="auto"/>
              <w:rPr>
                <w:rFonts w:asciiTheme="majorHAnsi" w:hAnsiTheme="majorHAnsi" w:cstheme="majorHAnsi"/>
                <w:color w:val="auto"/>
                <w:lang w:val="pl-PL"/>
              </w:rPr>
            </w:pPr>
            <w:r w:rsidRPr="008457DC">
              <w:rPr>
                <w:rFonts w:asciiTheme="majorHAnsi" w:hAnsiTheme="majorHAnsi" w:cstheme="majorHAnsi"/>
                <w:color w:val="auto"/>
                <w:sz w:val="17"/>
                <w:lang w:val="pl-PL"/>
              </w:rPr>
              <w:t>Zarządzenie Nr 53/2022/2023 Rektora Uniwersytetu Kazimierza Wielkiego z dnia 10 maja 2023 r. w sprawie zasad składania i archiwizacji prac dyplomowych z wykorzystaniem systemu Archiwum Prac Dyplomowych (APD) oraz sprawdzania prac dyplomowych z wykorzystaniem Jednolitego Systemu Antyplagiatowego (JSA). z późn. zm. w Zarządzeniu Nr 58/2025/2026 Rektora Uniwersytetu Kazimierza Wielkiego z dnia 26 maja 2026 r</w:t>
            </w:r>
          </w:p>
        </w:tc>
      </w:tr>
      <w:tr w:rsidR="008457DC" w:rsidRPr="00424337" w14:paraId="263A473D" w14:textId="77777777" w:rsidTr="008457DC">
        <w:trPr>
          <w:cantSplit/>
          <w:jc w:val="center"/>
        </w:trPr>
        <w:tc>
          <w:tcPr>
            <w:tcW w:w="2835" w:type="dxa"/>
            <w:shd w:val="clear" w:color="auto" w:fill="auto"/>
            <w:tcMar>
              <w:top w:w="90" w:type="dxa"/>
              <w:left w:w="115" w:type="dxa"/>
              <w:bottom w:w="90" w:type="dxa"/>
              <w:right w:w="115" w:type="dxa"/>
            </w:tcMar>
            <w:vAlign w:val="center"/>
          </w:tcPr>
          <w:p w14:paraId="10084713" w14:textId="77777777" w:rsidR="005B5EBB" w:rsidRPr="008457DC" w:rsidRDefault="0086124C">
            <w:pPr>
              <w:spacing w:line="262" w:lineRule="auto"/>
              <w:rPr>
                <w:rFonts w:asciiTheme="majorHAnsi" w:hAnsiTheme="majorHAnsi" w:cstheme="majorHAnsi"/>
                <w:color w:val="auto"/>
                <w:lang w:val="pl-PL"/>
              </w:rPr>
            </w:pPr>
            <w:r w:rsidRPr="008457DC">
              <w:rPr>
                <w:rFonts w:asciiTheme="majorHAnsi" w:hAnsiTheme="majorHAnsi" w:cstheme="majorHAnsi"/>
                <w:b/>
                <w:color w:val="auto"/>
                <w:sz w:val="17"/>
                <w:lang w:val="pl-PL"/>
              </w:rPr>
              <w:t>Przedmiot i zakres procedury</w:t>
            </w:r>
          </w:p>
        </w:tc>
        <w:tc>
          <w:tcPr>
            <w:tcW w:w="12302" w:type="dxa"/>
            <w:shd w:val="clear" w:color="auto" w:fill="auto"/>
            <w:tcMar>
              <w:top w:w="90" w:type="dxa"/>
              <w:left w:w="115" w:type="dxa"/>
              <w:bottom w:w="90" w:type="dxa"/>
              <w:right w:w="115" w:type="dxa"/>
            </w:tcMar>
            <w:vAlign w:val="center"/>
          </w:tcPr>
          <w:p w14:paraId="289B5AC0" w14:textId="77777777" w:rsidR="005B5EBB" w:rsidRPr="008457DC" w:rsidRDefault="0086124C" w:rsidP="00616E4F">
            <w:pPr>
              <w:spacing w:after="40" w:line="240" w:lineRule="auto"/>
              <w:rPr>
                <w:rFonts w:asciiTheme="majorHAnsi" w:hAnsiTheme="majorHAnsi" w:cstheme="majorHAnsi"/>
                <w:color w:val="auto"/>
                <w:lang w:val="pl-PL"/>
              </w:rPr>
            </w:pPr>
            <w:r w:rsidRPr="008457DC">
              <w:rPr>
                <w:rFonts w:asciiTheme="majorHAnsi" w:hAnsiTheme="majorHAnsi" w:cstheme="majorHAnsi"/>
                <w:color w:val="auto"/>
                <w:sz w:val="17"/>
                <w:lang w:val="pl-PL"/>
              </w:rPr>
              <w:t>Przedmiotem procedury jest proces:</w:t>
            </w:r>
          </w:p>
          <w:p w14:paraId="6AF55017" w14:textId="77777777" w:rsidR="005B5EBB" w:rsidRPr="008457DC" w:rsidRDefault="0086124C" w:rsidP="00616E4F">
            <w:pPr>
              <w:spacing w:before="40" w:after="40" w:line="240" w:lineRule="auto"/>
              <w:rPr>
                <w:rFonts w:asciiTheme="majorHAnsi" w:hAnsiTheme="majorHAnsi" w:cstheme="majorHAnsi"/>
                <w:color w:val="auto"/>
                <w:lang w:val="pl-PL"/>
              </w:rPr>
            </w:pPr>
            <w:r w:rsidRPr="008457DC">
              <w:rPr>
                <w:rFonts w:asciiTheme="majorHAnsi" w:hAnsiTheme="majorHAnsi" w:cstheme="majorHAnsi"/>
                <w:color w:val="auto"/>
                <w:sz w:val="17"/>
                <w:lang w:val="pl-PL"/>
              </w:rPr>
              <w:t>1. Przydziału i zatwierdzania promotorów, recenzentów i tematów prac dyplomowych</w:t>
            </w:r>
          </w:p>
          <w:p w14:paraId="600E621D" w14:textId="77777777" w:rsidR="005B5EBB" w:rsidRPr="008457DC" w:rsidRDefault="0086124C" w:rsidP="00616E4F">
            <w:pPr>
              <w:spacing w:before="40" w:after="40" w:line="240" w:lineRule="auto"/>
              <w:rPr>
                <w:rFonts w:asciiTheme="majorHAnsi" w:hAnsiTheme="majorHAnsi" w:cstheme="majorHAnsi"/>
                <w:color w:val="auto"/>
                <w:lang w:val="pl-PL"/>
              </w:rPr>
            </w:pPr>
            <w:r w:rsidRPr="008457DC">
              <w:rPr>
                <w:rFonts w:asciiTheme="majorHAnsi" w:hAnsiTheme="majorHAnsi" w:cstheme="majorHAnsi"/>
                <w:color w:val="auto"/>
                <w:sz w:val="17"/>
                <w:lang w:val="pl-PL"/>
              </w:rPr>
              <w:t>2. Złożenia, zatwierdzenia egzaminu dyplomowego</w:t>
            </w:r>
          </w:p>
          <w:p w14:paraId="22D6D1C5" w14:textId="77777777" w:rsidR="005B5EBB" w:rsidRPr="008457DC" w:rsidRDefault="0086124C" w:rsidP="00616E4F">
            <w:pPr>
              <w:spacing w:before="40" w:line="240" w:lineRule="auto"/>
              <w:rPr>
                <w:rFonts w:asciiTheme="majorHAnsi" w:hAnsiTheme="majorHAnsi" w:cstheme="majorHAnsi"/>
                <w:color w:val="auto"/>
                <w:lang w:val="pl-PL"/>
              </w:rPr>
            </w:pPr>
            <w:r w:rsidRPr="008457DC">
              <w:rPr>
                <w:rFonts w:asciiTheme="majorHAnsi" w:hAnsiTheme="majorHAnsi" w:cstheme="majorHAnsi"/>
                <w:color w:val="auto"/>
                <w:sz w:val="17"/>
                <w:lang w:val="pl-PL"/>
              </w:rPr>
              <w:t>3. Weryfikowania znaczenia i jakości dyplomów dla interesariuszy zewnętrznych</w:t>
            </w:r>
          </w:p>
        </w:tc>
      </w:tr>
      <w:tr w:rsidR="008457DC" w:rsidRPr="008457DC" w14:paraId="17285BA5" w14:textId="77777777" w:rsidTr="008457DC">
        <w:trPr>
          <w:cantSplit/>
          <w:jc w:val="center"/>
        </w:trPr>
        <w:tc>
          <w:tcPr>
            <w:tcW w:w="2835" w:type="dxa"/>
            <w:tcMar>
              <w:top w:w="90" w:type="dxa"/>
              <w:left w:w="115" w:type="dxa"/>
              <w:bottom w:w="90" w:type="dxa"/>
              <w:right w:w="115" w:type="dxa"/>
            </w:tcMar>
            <w:vAlign w:val="center"/>
          </w:tcPr>
          <w:p w14:paraId="24CBAC61" w14:textId="77777777" w:rsidR="005B5EBB" w:rsidRPr="008457DC" w:rsidRDefault="0086124C">
            <w:pPr>
              <w:spacing w:line="262" w:lineRule="auto"/>
              <w:rPr>
                <w:rFonts w:asciiTheme="majorHAnsi" w:hAnsiTheme="majorHAnsi" w:cstheme="majorHAnsi"/>
                <w:color w:val="auto"/>
                <w:lang w:val="pl-PL"/>
              </w:rPr>
            </w:pPr>
            <w:r w:rsidRPr="008457DC">
              <w:rPr>
                <w:rFonts w:asciiTheme="majorHAnsi" w:hAnsiTheme="majorHAnsi" w:cstheme="majorHAnsi"/>
                <w:b/>
                <w:color w:val="auto"/>
                <w:sz w:val="17"/>
                <w:lang w:val="pl-PL"/>
              </w:rPr>
              <w:t>Dokument ważny od</w:t>
            </w:r>
          </w:p>
        </w:tc>
        <w:tc>
          <w:tcPr>
            <w:tcW w:w="12302" w:type="dxa"/>
            <w:tcMar>
              <w:top w:w="90" w:type="dxa"/>
              <w:left w:w="115" w:type="dxa"/>
              <w:bottom w:w="90" w:type="dxa"/>
              <w:right w:w="115" w:type="dxa"/>
            </w:tcMar>
            <w:vAlign w:val="center"/>
          </w:tcPr>
          <w:p w14:paraId="34A0C813" w14:textId="77777777" w:rsidR="005B5EBB" w:rsidRPr="008457DC" w:rsidRDefault="0086124C" w:rsidP="00616E4F">
            <w:pPr>
              <w:spacing w:line="240" w:lineRule="auto"/>
              <w:rPr>
                <w:rFonts w:asciiTheme="majorHAnsi" w:hAnsiTheme="majorHAnsi" w:cstheme="majorHAnsi"/>
                <w:color w:val="auto"/>
                <w:lang w:val="pl-PL"/>
              </w:rPr>
            </w:pPr>
            <w:r w:rsidRPr="008457DC">
              <w:rPr>
                <w:rFonts w:asciiTheme="majorHAnsi" w:hAnsiTheme="majorHAnsi" w:cstheme="majorHAnsi"/>
                <w:color w:val="auto"/>
                <w:sz w:val="17"/>
                <w:lang w:val="pl-PL"/>
              </w:rPr>
              <w:t>Roku akademickiego 2026/2027</w:t>
            </w:r>
          </w:p>
        </w:tc>
      </w:tr>
      <w:tr w:rsidR="008457DC" w:rsidRPr="00424337" w14:paraId="7A808A51" w14:textId="77777777" w:rsidTr="008457DC">
        <w:trPr>
          <w:cantSplit/>
          <w:jc w:val="center"/>
        </w:trPr>
        <w:tc>
          <w:tcPr>
            <w:tcW w:w="2835" w:type="dxa"/>
            <w:tcMar>
              <w:top w:w="90" w:type="dxa"/>
              <w:left w:w="115" w:type="dxa"/>
              <w:bottom w:w="90" w:type="dxa"/>
              <w:right w:w="115" w:type="dxa"/>
            </w:tcMar>
            <w:vAlign w:val="center"/>
          </w:tcPr>
          <w:p w14:paraId="1B130540" w14:textId="77777777" w:rsidR="005B5EBB" w:rsidRPr="008457DC" w:rsidRDefault="0086124C">
            <w:pPr>
              <w:spacing w:line="262" w:lineRule="auto"/>
              <w:rPr>
                <w:rFonts w:asciiTheme="majorHAnsi" w:hAnsiTheme="majorHAnsi" w:cstheme="majorHAnsi"/>
                <w:color w:val="auto"/>
                <w:lang w:val="pl-PL"/>
              </w:rPr>
            </w:pPr>
            <w:r w:rsidRPr="008457DC">
              <w:rPr>
                <w:rFonts w:asciiTheme="majorHAnsi" w:hAnsiTheme="majorHAnsi" w:cstheme="majorHAnsi"/>
                <w:b/>
                <w:color w:val="auto"/>
                <w:sz w:val="17"/>
                <w:lang w:val="pl-PL"/>
              </w:rPr>
              <w:t>Typy dyplomów</w:t>
            </w:r>
          </w:p>
        </w:tc>
        <w:tc>
          <w:tcPr>
            <w:tcW w:w="12302" w:type="dxa"/>
            <w:tcMar>
              <w:top w:w="90" w:type="dxa"/>
              <w:left w:w="115" w:type="dxa"/>
              <w:bottom w:w="90" w:type="dxa"/>
              <w:right w:w="115" w:type="dxa"/>
            </w:tcMar>
            <w:vAlign w:val="center"/>
          </w:tcPr>
          <w:p w14:paraId="43BD1A14" w14:textId="2AECEC93" w:rsidR="005B5EBB" w:rsidRPr="008457DC" w:rsidRDefault="0086124C" w:rsidP="00616E4F">
            <w:pPr>
              <w:spacing w:after="40" w:line="240" w:lineRule="auto"/>
              <w:rPr>
                <w:rFonts w:asciiTheme="majorHAnsi" w:hAnsiTheme="majorHAnsi" w:cstheme="majorHAnsi"/>
                <w:color w:val="auto"/>
                <w:lang w:val="pl-PL"/>
              </w:rPr>
            </w:pPr>
            <w:r w:rsidRPr="008457DC">
              <w:rPr>
                <w:rFonts w:asciiTheme="majorHAnsi" w:hAnsiTheme="majorHAnsi" w:cstheme="majorHAnsi"/>
                <w:color w:val="auto"/>
                <w:sz w:val="17"/>
                <w:lang w:val="pl-PL"/>
              </w:rPr>
              <w:t>1. Inżynierskie</w:t>
            </w:r>
            <w:r w:rsidR="009467A5">
              <w:rPr>
                <w:rFonts w:asciiTheme="majorHAnsi" w:hAnsiTheme="majorHAnsi" w:cstheme="majorHAnsi"/>
                <w:color w:val="auto"/>
                <w:sz w:val="17"/>
                <w:lang w:val="pl-PL"/>
              </w:rPr>
              <w:t xml:space="preserve"> I stopnia</w:t>
            </w:r>
          </w:p>
          <w:p w14:paraId="489E4316" w14:textId="244866C1" w:rsidR="005B5EBB" w:rsidRPr="008457DC" w:rsidRDefault="0086124C" w:rsidP="00616E4F">
            <w:pPr>
              <w:spacing w:before="40" w:line="240" w:lineRule="auto"/>
              <w:rPr>
                <w:rFonts w:asciiTheme="majorHAnsi" w:hAnsiTheme="majorHAnsi" w:cstheme="majorHAnsi"/>
                <w:color w:val="auto"/>
                <w:lang w:val="pl-PL"/>
              </w:rPr>
            </w:pPr>
            <w:r w:rsidRPr="008457DC">
              <w:rPr>
                <w:rFonts w:asciiTheme="majorHAnsi" w:hAnsiTheme="majorHAnsi" w:cstheme="majorHAnsi"/>
                <w:color w:val="auto"/>
                <w:sz w:val="17"/>
                <w:lang w:val="pl-PL"/>
              </w:rPr>
              <w:t xml:space="preserve">2. </w:t>
            </w:r>
            <w:r w:rsidR="00E70FCA">
              <w:rPr>
                <w:rFonts w:asciiTheme="majorHAnsi" w:hAnsiTheme="majorHAnsi" w:cstheme="majorHAnsi"/>
                <w:color w:val="auto"/>
                <w:sz w:val="17"/>
                <w:lang w:val="pl-PL"/>
              </w:rPr>
              <w:t>studia II stopnia (magisterskie)</w:t>
            </w:r>
          </w:p>
        </w:tc>
      </w:tr>
      <w:tr w:rsidR="008457DC" w:rsidRPr="00424337" w14:paraId="5B9AAE9C" w14:textId="77777777" w:rsidTr="008457DC">
        <w:trPr>
          <w:cantSplit/>
          <w:jc w:val="center"/>
        </w:trPr>
        <w:tc>
          <w:tcPr>
            <w:tcW w:w="2835" w:type="dxa"/>
            <w:shd w:val="clear" w:color="auto" w:fill="auto"/>
            <w:tcMar>
              <w:top w:w="90" w:type="dxa"/>
              <w:left w:w="115" w:type="dxa"/>
              <w:bottom w:w="90" w:type="dxa"/>
              <w:right w:w="115" w:type="dxa"/>
            </w:tcMar>
            <w:vAlign w:val="center"/>
          </w:tcPr>
          <w:p w14:paraId="304731C6" w14:textId="77777777" w:rsidR="005B5EBB" w:rsidRPr="008457DC" w:rsidRDefault="0086124C">
            <w:pPr>
              <w:spacing w:line="262" w:lineRule="auto"/>
              <w:rPr>
                <w:rFonts w:asciiTheme="majorHAnsi" w:hAnsiTheme="majorHAnsi" w:cstheme="majorHAnsi"/>
                <w:color w:val="auto"/>
                <w:lang w:val="pl-PL"/>
              </w:rPr>
            </w:pPr>
            <w:r w:rsidRPr="008457DC">
              <w:rPr>
                <w:rFonts w:asciiTheme="majorHAnsi" w:hAnsiTheme="majorHAnsi" w:cstheme="majorHAnsi"/>
                <w:b/>
                <w:color w:val="auto"/>
                <w:sz w:val="17"/>
                <w:lang w:val="pl-PL"/>
              </w:rPr>
              <w:t>Podmioty odpowiedzialne</w:t>
            </w:r>
          </w:p>
        </w:tc>
        <w:tc>
          <w:tcPr>
            <w:tcW w:w="12302" w:type="dxa"/>
            <w:shd w:val="clear" w:color="auto" w:fill="auto"/>
            <w:tcMar>
              <w:top w:w="90" w:type="dxa"/>
              <w:left w:w="115" w:type="dxa"/>
              <w:bottom w:w="90" w:type="dxa"/>
              <w:right w:w="115" w:type="dxa"/>
            </w:tcMar>
            <w:vAlign w:val="center"/>
          </w:tcPr>
          <w:p w14:paraId="364D4595" w14:textId="77777777" w:rsidR="005B5EBB" w:rsidRPr="008457DC" w:rsidRDefault="0086124C" w:rsidP="00616E4F">
            <w:pPr>
              <w:spacing w:after="40" w:line="240" w:lineRule="auto"/>
              <w:rPr>
                <w:rFonts w:asciiTheme="majorHAnsi" w:hAnsiTheme="majorHAnsi" w:cstheme="majorHAnsi"/>
                <w:color w:val="auto"/>
                <w:lang w:val="pl-PL"/>
              </w:rPr>
            </w:pPr>
            <w:r w:rsidRPr="008457DC">
              <w:rPr>
                <w:rFonts w:asciiTheme="majorHAnsi" w:hAnsiTheme="majorHAnsi" w:cstheme="majorHAnsi"/>
                <w:color w:val="auto"/>
                <w:sz w:val="17"/>
                <w:lang w:val="pl-PL"/>
              </w:rPr>
              <w:t>1. Rektor</w:t>
            </w:r>
          </w:p>
          <w:p w14:paraId="4D733800" w14:textId="77777777" w:rsidR="005B5EBB" w:rsidRPr="008457DC" w:rsidRDefault="0086124C" w:rsidP="00616E4F">
            <w:pPr>
              <w:spacing w:before="40" w:after="40" w:line="240" w:lineRule="auto"/>
              <w:rPr>
                <w:rFonts w:asciiTheme="majorHAnsi" w:hAnsiTheme="majorHAnsi" w:cstheme="majorHAnsi"/>
                <w:color w:val="auto"/>
                <w:lang w:val="pl-PL"/>
              </w:rPr>
            </w:pPr>
            <w:r w:rsidRPr="008457DC">
              <w:rPr>
                <w:rFonts w:asciiTheme="majorHAnsi" w:hAnsiTheme="majorHAnsi" w:cstheme="majorHAnsi"/>
                <w:color w:val="auto"/>
                <w:sz w:val="17"/>
                <w:lang w:val="pl-PL"/>
              </w:rPr>
              <w:t>2. Rada Kolegium III</w:t>
            </w:r>
          </w:p>
          <w:p w14:paraId="58382DCB" w14:textId="77777777" w:rsidR="005B5EBB" w:rsidRPr="008457DC" w:rsidRDefault="0086124C" w:rsidP="00616E4F">
            <w:pPr>
              <w:spacing w:before="40" w:after="40" w:line="240" w:lineRule="auto"/>
              <w:rPr>
                <w:rFonts w:asciiTheme="majorHAnsi" w:hAnsiTheme="majorHAnsi" w:cstheme="majorHAnsi"/>
                <w:color w:val="auto"/>
                <w:lang w:val="pl-PL"/>
              </w:rPr>
            </w:pPr>
            <w:r w:rsidRPr="008457DC">
              <w:rPr>
                <w:rFonts w:asciiTheme="majorHAnsi" w:hAnsiTheme="majorHAnsi" w:cstheme="majorHAnsi"/>
                <w:color w:val="auto"/>
                <w:sz w:val="17"/>
                <w:lang w:val="pl-PL"/>
              </w:rPr>
              <w:t>3. Dyrektor Kolegium III</w:t>
            </w:r>
          </w:p>
          <w:p w14:paraId="7E419DC2" w14:textId="06C075EF" w:rsidR="005B5EBB" w:rsidRPr="008457DC" w:rsidRDefault="00616E4F" w:rsidP="00616E4F">
            <w:pPr>
              <w:spacing w:before="40" w:after="40" w:line="240" w:lineRule="auto"/>
              <w:rPr>
                <w:rFonts w:asciiTheme="majorHAnsi" w:hAnsiTheme="majorHAnsi" w:cstheme="majorHAnsi"/>
                <w:color w:val="auto"/>
                <w:lang w:val="pl-PL"/>
              </w:rPr>
            </w:pPr>
            <w:r>
              <w:rPr>
                <w:rFonts w:asciiTheme="majorHAnsi" w:hAnsiTheme="majorHAnsi" w:cstheme="majorHAnsi"/>
                <w:color w:val="auto"/>
                <w:sz w:val="17"/>
                <w:lang w:val="pl-PL"/>
              </w:rPr>
              <w:t>4. Zastępca ds. K</w:t>
            </w:r>
            <w:r w:rsidR="0086124C" w:rsidRPr="008457DC">
              <w:rPr>
                <w:rFonts w:asciiTheme="majorHAnsi" w:hAnsiTheme="majorHAnsi" w:cstheme="majorHAnsi"/>
                <w:color w:val="auto"/>
                <w:sz w:val="17"/>
                <w:lang w:val="pl-PL"/>
              </w:rPr>
              <w:t>ształcenia Podstawowej Jednostki Organizacyjnej</w:t>
            </w:r>
          </w:p>
          <w:p w14:paraId="364E1396" w14:textId="77777777" w:rsidR="005B5EBB" w:rsidRPr="008457DC" w:rsidRDefault="0086124C" w:rsidP="00616E4F">
            <w:pPr>
              <w:spacing w:before="40" w:after="40" w:line="240" w:lineRule="auto"/>
              <w:rPr>
                <w:rFonts w:asciiTheme="majorHAnsi" w:hAnsiTheme="majorHAnsi" w:cstheme="majorHAnsi"/>
                <w:color w:val="auto"/>
                <w:lang w:val="pl-PL"/>
              </w:rPr>
            </w:pPr>
            <w:r w:rsidRPr="008457DC">
              <w:rPr>
                <w:rFonts w:asciiTheme="majorHAnsi" w:hAnsiTheme="majorHAnsi" w:cstheme="majorHAnsi"/>
                <w:color w:val="auto"/>
                <w:sz w:val="17"/>
                <w:lang w:val="pl-PL"/>
              </w:rPr>
              <w:t>5. Pracownicy BOS Kolegium III</w:t>
            </w:r>
          </w:p>
          <w:p w14:paraId="6C5241EC" w14:textId="77777777" w:rsidR="005B5EBB" w:rsidRPr="008457DC" w:rsidRDefault="0086124C" w:rsidP="00616E4F">
            <w:pPr>
              <w:spacing w:before="40" w:after="40" w:line="240" w:lineRule="auto"/>
              <w:rPr>
                <w:rFonts w:asciiTheme="majorHAnsi" w:hAnsiTheme="majorHAnsi" w:cstheme="majorHAnsi"/>
                <w:color w:val="auto"/>
                <w:lang w:val="pl-PL"/>
              </w:rPr>
            </w:pPr>
            <w:r w:rsidRPr="008457DC">
              <w:rPr>
                <w:rFonts w:asciiTheme="majorHAnsi" w:hAnsiTheme="majorHAnsi" w:cstheme="majorHAnsi"/>
                <w:color w:val="auto"/>
                <w:sz w:val="17"/>
                <w:lang w:val="pl-PL"/>
              </w:rPr>
              <w:t>6. Sekretariat Podstawowej Jednostki Organizacyjnej</w:t>
            </w:r>
          </w:p>
          <w:p w14:paraId="2AB7F22C" w14:textId="5941265D" w:rsidR="005B5EBB" w:rsidRPr="008457DC" w:rsidRDefault="0086124C" w:rsidP="00616E4F">
            <w:pPr>
              <w:spacing w:before="40" w:after="40" w:line="240" w:lineRule="auto"/>
              <w:rPr>
                <w:rFonts w:asciiTheme="majorHAnsi" w:hAnsiTheme="majorHAnsi" w:cstheme="majorHAnsi"/>
                <w:color w:val="auto"/>
                <w:lang w:val="pl-PL"/>
              </w:rPr>
            </w:pPr>
            <w:r w:rsidRPr="008457DC">
              <w:rPr>
                <w:rFonts w:asciiTheme="majorHAnsi" w:hAnsiTheme="majorHAnsi" w:cstheme="majorHAnsi"/>
                <w:color w:val="auto"/>
                <w:sz w:val="17"/>
                <w:lang w:val="pl-PL"/>
              </w:rPr>
              <w:t xml:space="preserve">7. Rada Kierunku </w:t>
            </w:r>
          </w:p>
          <w:p w14:paraId="6DD24A23" w14:textId="77777777" w:rsidR="005B5EBB" w:rsidRPr="008457DC" w:rsidRDefault="0086124C" w:rsidP="00616E4F">
            <w:pPr>
              <w:spacing w:before="40" w:after="40" w:line="240" w:lineRule="auto"/>
              <w:rPr>
                <w:rFonts w:asciiTheme="majorHAnsi" w:hAnsiTheme="majorHAnsi" w:cstheme="majorHAnsi"/>
                <w:color w:val="auto"/>
                <w:lang w:val="pl-PL"/>
              </w:rPr>
            </w:pPr>
            <w:r w:rsidRPr="008457DC">
              <w:rPr>
                <w:rFonts w:asciiTheme="majorHAnsi" w:hAnsiTheme="majorHAnsi" w:cstheme="majorHAnsi"/>
                <w:color w:val="auto"/>
                <w:sz w:val="17"/>
                <w:lang w:val="pl-PL"/>
              </w:rPr>
              <w:t>8. Nauczyciele akademiccy</w:t>
            </w:r>
          </w:p>
          <w:p w14:paraId="563A262C" w14:textId="77777777" w:rsidR="009467A5" w:rsidRDefault="0086124C" w:rsidP="009467A5">
            <w:pPr>
              <w:spacing w:before="40" w:after="40" w:line="240" w:lineRule="auto"/>
              <w:rPr>
                <w:rFonts w:asciiTheme="majorHAnsi" w:hAnsiTheme="majorHAnsi" w:cstheme="majorHAnsi"/>
                <w:color w:val="auto"/>
                <w:lang w:val="pl-PL"/>
              </w:rPr>
            </w:pPr>
            <w:r w:rsidRPr="008457DC">
              <w:rPr>
                <w:rFonts w:asciiTheme="majorHAnsi" w:hAnsiTheme="majorHAnsi" w:cstheme="majorHAnsi"/>
                <w:color w:val="auto"/>
                <w:sz w:val="17"/>
                <w:lang w:val="pl-PL"/>
              </w:rPr>
              <w:t>9. Studenci</w:t>
            </w:r>
          </w:p>
          <w:p w14:paraId="564CCE7E" w14:textId="3CFD2325" w:rsidR="005B5EBB" w:rsidRPr="008457DC" w:rsidRDefault="0086124C" w:rsidP="009467A5">
            <w:pPr>
              <w:spacing w:before="40" w:after="40" w:line="240" w:lineRule="auto"/>
              <w:rPr>
                <w:rFonts w:asciiTheme="majorHAnsi" w:hAnsiTheme="majorHAnsi" w:cstheme="majorHAnsi"/>
                <w:color w:val="auto"/>
                <w:lang w:val="pl-PL"/>
              </w:rPr>
            </w:pPr>
            <w:r w:rsidRPr="008457DC">
              <w:rPr>
                <w:rFonts w:asciiTheme="majorHAnsi" w:hAnsiTheme="majorHAnsi" w:cstheme="majorHAnsi"/>
                <w:color w:val="auto"/>
                <w:sz w:val="17"/>
                <w:lang w:val="pl-PL"/>
              </w:rPr>
              <w:t>10. Interesariusze zewnętrzni</w:t>
            </w:r>
          </w:p>
        </w:tc>
      </w:tr>
    </w:tbl>
    <w:p w14:paraId="0F1EEEA2" w14:textId="7D003275" w:rsidR="00BF3B21" w:rsidRPr="008457DC" w:rsidRDefault="00BF3B21">
      <w:pPr>
        <w:spacing w:after="40"/>
        <w:rPr>
          <w:rFonts w:asciiTheme="majorHAnsi" w:hAnsiTheme="majorHAnsi" w:cstheme="majorHAnsi"/>
          <w:color w:val="auto"/>
          <w:lang w:val="pl-PL"/>
        </w:rPr>
      </w:pPr>
    </w:p>
    <w:p w14:paraId="4946DDD4" w14:textId="77777777" w:rsidR="005B5EBB" w:rsidRPr="008457DC" w:rsidRDefault="0086124C">
      <w:pPr>
        <w:pStyle w:val="ProceduraSekcja"/>
        <w:rPr>
          <w:rFonts w:asciiTheme="majorHAnsi" w:hAnsiTheme="majorHAnsi" w:cstheme="majorHAnsi"/>
          <w:color w:val="auto"/>
          <w:lang w:val="pl-PL"/>
        </w:rPr>
      </w:pPr>
      <w:r w:rsidRPr="008457DC">
        <w:rPr>
          <w:rFonts w:asciiTheme="majorHAnsi" w:hAnsiTheme="majorHAnsi" w:cstheme="majorHAnsi"/>
          <w:color w:val="auto"/>
          <w:lang w:val="pl-PL"/>
        </w:rPr>
        <w:t>2. Przebieg procedury i terminy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638"/>
        <w:gridCol w:w="5499"/>
      </w:tblGrid>
      <w:tr w:rsidR="008457DC" w:rsidRPr="008457DC" w14:paraId="76B13424" w14:textId="77777777" w:rsidTr="008457DC">
        <w:trPr>
          <w:cantSplit/>
          <w:tblHeader/>
          <w:jc w:val="center"/>
        </w:trPr>
        <w:tc>
          <w:tcPr>
            <w:tcW w:w="9638" w:type="dxa"/>
            <w:shd w:val="clear" w:color="auto" w:fill="D9D9D9" w:themeFill="background1" w:themeFillShade="D9"/>
            <w:tcMar>
              <w:top w:w="90" w:type="dxa"/>
              <w:left w:w="115" w:type="dxa"/>
              <w:bottom w:w="90" w:type="dxa"/>
              <w:right w:w="115" w:type="dxa"/>
            </w:tcMar>
            <w:vAlign w:val="center"/>
          </w:tcPr>
          <w:p w14:paraId="3EB8FA23" w14:textId="77777777" w:rsidR="005B5EBB" w:rsidRPr="008457DC" w:rsidRDefault="0086124C" w:rsidP="00616E4F">
            <w:pPr>
              <w:spacing w:line="240" w:lineRule="auto"/>
              <w:rPr>
                <w:rFonts w:asciiTheme="majorHAnsi" w:hAnsiTheme="majorHAnsi" w:cstheme="majorHAnsi"/>
                <w:color w:val="auto"/>
                <w:lang w:val="pl-PL"/>
              </w:rPr>
            </w:pPr>
            <w:r w:rsidRPr="008457DC">
              <w:rPr>
                <w:rFonts w:asciiTheme="majorHAnsi" w:hAnsiTheme="majorHAnsi" w:cstheme="majorHAnsi"/>
                <w:b/>
                <w:color w:val="auto"/>
                <w:lang w:val="pl-PL"/>
              </w:rPr>
              <w:t>TREŚCI / CZYNNOŚCI</w:t>
            </w:r>
          </w:p>
        </w:tc>
        <w:tc>
          <w:tcPr>
            <w:tcW w:w="5499" w:type="dxa"/>
            <w:shd w:val="clear" w:color="auto" w:fill="D9D9D9" w:themeFill="background1" w:themeFillShade="D9"/>
            <w:tcMar>
              <w:top w:w="90" w:type="dxa"/>
              <w:left w:w="115" w:type="dxa"/>
              <w:bottom w:w="90" w:type="dxa"/>
              <w:right w:w="115" w:type="dxa"/>
            </w:tcMar>
            <w:vAlign w:val="center"/>
          </w:tcPr>
          <w:p w14:paraId="5960EEAC" w14:textId="77777777" w:rsidR="005B5EBB" w:rsidRPr="008457DC" w:rsidRDefault="0086124C" w:rsidP="00616E4F">
            <w:pPr>
              <w:spacing w:line="240" w:lineRule="auto"/>
              <w:rPr>
                <w:rFonts w:asciiTheme="majorHAnsi" w:hAnsiTheme="majorHAnsi" w:cstheme="majorHAnsi"/>
                <w:color w:val="auto"/>
                <w:lang w:val="pl-PL"/>
              </w:rPr>
            </w:pPr>
            <w:r w:rsidRPr="008457DC">
              <w:rPr>
                <w:rFonts w:asciiTheme="majorHAnsi" w:hAnsiTheme="majorHAnsi" w:cstheme="majorHAnsi"/>
                <w:b/>
                <w:color w:val="auto"/>
                <w:lang w:val="pl-PL"/>
              </w:rPr>
              <w:t>TERMINY</w:t>
            </w:r>
          </w:p>
        </w:tc>
      </w:tr>
      <w:tr w:rsidR="008457DC" w:rsidRPr="00424337" w14:paraId="7CBFFB86" w14:textId="77777777" w:rsidTr="008457DC">
        <w:trPr>
          <w:cantSplit/>
          <w:jc w:val="center"/>
        </w:trPr>
        <w:tc>
          <w:tcPr>
            <w:tcW w:w="15137" w:type="dxa"/>
            <w:gridSpan w:val="2"/>
            <w:shd w:val="clear" w:color="auto" w:fill="D9D9D9" w:themeFill="background1" w:themeFillShade="D9"/>
            <w:tcMar>
              <w:top w:w="90" w:type="dxa"/>
              <w:left w:w="115" w:type="dxa"/>
              <w:bottom w:w="90" w:type="dxa"/>
              <w:right w:w="115" w:type="dxa"/>
            </w:tcMar>
            <w:vAlign w:val="center"/>
          </w:tcPr>
          <w:p w14:paraId="072A4C5B" w14:textId="1E90D70A" w:rsidR="005B5EBB" w:rsidRPr="008457DC" w:rsidRDefault="00BF3B21" w:rsidP="00616E4F">
            <w:pPr>
              <w:spacing w:line="240" w:lineRule="auto"/>
              <w:rPr>
                <w:rFonts w:asciiTheme="majorHAnsi" w:hAnsiTheme="majorHAnsi" w:cstheme="majorHAnsi"/>
                <w:color w:val="auto"/>
                <w:lang w:val="pl-PL"/>
              </w:rPr>
            </w:pPr>
            <w:r>
              <w:rPr>
                <w:rFonts w:asciiTheme="majorHAnsi" w:hAnsiTheme="majorHAnsi" w:cstheme="majorHAnsi"/>
                <w:b/>
                <w:color w:val="auto"/>
                <w:lang w:val="pl-PL"/>
              </w:rPr>
              <w:t>Zastępca ds. K</w:t>
            </w:r>
            <w:r w:rsidR="0086124C" w:rsidRPr="008457DC">
              <w:rPr>
                <w:rFonts w:asciiTheme="majorHAnsi" w:hAnsiTheme="majorHAnsi" w:cstheme="majorHAnsi"/>
                <w:b/>
                <w:color w:val="auto"/>
                <w:lang w:val="pl-PL"/>
              </w:rPr>
              <w:t>ształcenia Podstawowej Jednostki Organizacyjnej</w:t>
            </w:r>
          </w:p>
        </w:tc>
      </w:tr>
      <w:tr w:rsidR="008457DC" w:rsidRPr="00424337" w14:paraId="1A1E586D" w14:textId="77777777" w:rsidTr="008457DC">
        <w:trPr>
          <w:cantSplit/>
          <w:jc w:val="center"/>
        </w:trPr>
        <w:tc>
          <w:tcPr>
            <w:tcW w:w="9638" w:type="dxa"/>
            <w:shd w:val="clear" w:color="auto" w:fill="auto"/>
            <w:tcMar>
              <w:top w:w="90" w:type="dxa"/>
              <w:left w:w="115" w:type="dxa"/>
              <w:bottom w:w="90" w:type="dxa"/>
              <w:right w:w="115" w:type="dxa"/>
            </w:tcMar>
            <w:vAlign w:val="center"/>
          </w:tcPr>
          <w:p w14:paraId="6C2133EB" w14:textId="77777777" w:rsidR="005B5EBB" w:rsidRPr="008457DC" w:rsidRDefault="0086124C" w:rsidP="00616E4F">
            <w:pPr>
              <w:spacing w:line="240" w:lineRule="auto"/>
              <w:rPr>
                <w:rFonts w:asciiTheme="majorHAnsi" w:hAnsiTheme="majorHAnsi" w:cstheme="majorHAnsi"/>
                <w:color w:val="auto"/>
                <w:lang w:val="pl-PL"/>
              </w:rPr>
            </w:pPr>
            <w:r w:rsidRPr="008457DC">
              <w:rPr>
                <w:rFonts w:asciiTheme="majorHAnsi" w:hAnsiTheme="majorHAnsi" w:cstheme="majorHAnsi"/>
                <w:color w:val="auto"/>
                <w:sz w:val="17"/>
                <w:lang w:val="pl-PL"/>
              </w:rPr>
              <w:t>Przygotowuje propozycje kandydatów na Promotorów i Recenzentów prac dyplomowych i przekazuje do akceptacji Rady Kolegium</w:t>
            </w:r>
          </w:p>
        </w:tc>
        <w:tc>
          <w:tcPr>
            <w:tcW w:w="5499" w:type="dxa"/>
            <w:shd w:val="clear" w:color="auto" w:fill="auto"/>
            <w:tcMar>
              <w:top w:w="90" w:type="dxa"/>
              <w:left w:w="115" w:type="dxa"/>
              <w:bottom w:w="90" w:type="dxa"/>
              <w:right w:w="115" w:type="dxa"/>
            </w:tcMar>
            <w:vAlign w:val="center"/>
          </w:tcPr>
          <w:p w14:paraId="50D1C278" w14:textId="5337CC98" w:rsidR="005B5EBB" w:rsidRPr="008457DC" w:rsidRDefault="00616E4F" w:rsidP="00616E4F">
            <w:pPr>
              <w:spacing w:line="240" w:lineRule="auto"/>
              <w:rPr>
                <w:rFonts w:asciiTheme="majorHAnsi" w:hAnsiTheme="majorHAnsi" w:cstheme="majorHAnsi"/>
                <w:color w:val="auto"/>
                <w:lang w:val="pl-PL"/>
              </w:rPr>
            </w:pPr>
            <w:r>
              <w:rPr>
                <w:rFonts w:asciiTheme="majorHAnsi" w:hAnsiTheme="majorHAnsi" w:cstheme="majorHAnsi"/>
                <w:color w:val="auto"/>
                <w:sz w:val="17"/>
                <w:lang w:val="pl-PL"/>
              </w:rPr>
              <w:t>p</w:t>
            </w:r>
            <w:r w:rsidR="0086124C" w:rsidRPr="008457DC">
              <w:rPr>
                <w:rFonts w:asciiTheme="majorHAnsi" w:hAnsiTheme="majorHAnsi" w:cstheme="majorHAnsi"/>
                <w:color w:val="auto"/>
                <w:sz w:val="17"/>
                <w:lang w:val="pl-PL"/>
              </w:rPr>
              <w:t>rzed rozpoczęciem każdego roku akademickiego</w:t>
            </w:r>
          </w:p>
        </w:tc>
      </w:tr>
      <w:tr w:rsidR="008457DC" w:rsidRPr="00424337" w14:paraId="3F16191A" w14:textId="77777777" w:rsidTr="008457DC">
        <w:trPr>
          <w:cantSplit/>
          <w:jc w:val="center"/>
        </w:trPr>
        <w:tc>
          <w:tcPr>
            <w:tcW w:w="9638" w:type="dxa"/>
            <w:tcMar>
              <w:top w:w="90" w:type="dxa"/>
              <w:left w:w="115" w:type="dxa"/>
              <w:bottom w:w="90" w:type="dxa"/>
              <w:right w:w="115" w:type="dxa"/>
            </w:tcMar>
            <w:vAlign w:val="center"/>
          </w:tcPr>
          <w:p w14:paraId="1933177B" w14:textId="77777777" w:rsidR="005B5EBB" w:rsidRPr="008457DC" w:rsidRDefault="0086124C" w:rsidP="00616E4F">
            <w:pPr>
              <w:spacing w:line="240" w:lineRule="auto"/>
              <w:rPr>
                <w:rFonts w:asciiTheme="majorHAnsi" w:hAnsiTheme="majorHAnsi" w:cstheme="majorHAnsi"/>
                <w:color w:val="auto"/>
                <w:lang w:val="pl-PL"/>
              </w:rPr>
            </w:pPr>
            <w:r w:rsidRPr="008457DC">
              <w:rPr>
                <w:rFonts w:asciiTheme="majorHAnsi" w:hAnsiTheme="majorHAnsi" w:cstheme="majorHAnsi"/>
                <w:color w:val="auto"/>
                <w:sz w:val="17"/>
                <w:lang w:val="pl-PL"/>
              </w:rPr>
              <w:lastRenderedPageBreak/>
              <w:t>Przyjmuje od Rady Kierunku i zatwierdza tematy prac dyplomowych w postaci papierowej lub elektronicznej</w:t>
            </w:r>
          </w:p>
        </w:tc>
        <w:tc>
          <w:tcPr>
            <w:tcW w:w="5499" w:type="dxa"/>
            <w:tcMar>
              <w:top w:w="90" w:type="dxa"/>
              <w:left w:w="115" w:type="dxa"/>
              <w:bottom w:w="90" w:type="dxa"/>
              <w:right w:w="115" w:type="dxa"/>
            </w:tcMar>
            <w:vAlign w:val="center"/>
          </w:tcPr>
          <w:p w14:paraId="581880E8" w14:textId="145AE2B7" w:rsidR="005B5EBB" w:rsidRPr="008457DC" w:rsidRDefault="00616E4F" w:rsidP="00616E4F">
            <w:pPr>
              <w:spacing w:line="240" w:lineRule="auto"/>
              <w:rPr>
                <w:rFonts w:asciiTheme="majorHAnsi" w:hAnsiTheme="majorHAnsi" w:cstheme="majorHAnsi"/>
                <w:color w:val="auto"/>
                <w:lang w:val="pl-PL"/>
              </w:rPr>
            </w:pPr>
            <w:r>
              <w:rPr>
                <w:rFonts w:asciiTheme="majorHAnsi" w:hAnsiTheme="majorHAnsi" w:cstheme="majorHAnsi"/>
                <w:color w:val="auto"/>
                <w:sz w:val="17"/>
                <w:lang w:val="pl-PL"/>
              </w:rPr>
              <w:t>n</w:t>
            </w:r>
            <w:r w:rsidR="0086124C" w:rsidRPr="008457DC">
              <w:rPr>
                <w:rFonts w:asciiTheme="majorHAnsi" w:hAnsiTheme="majorHAnsi" w:cstheme="majorHAnsi"/>
                <w:color w:val="auto"/>
                <w:sz w:val="17"/>
                <w:lang w:val="pl-PL"/>
              </w:rPr>
              <w:t xml:space="preserve">a studiach </w:t>
            </w:r>
            <w:r>
              <w:rPr>
                <w:rFonts w:asciiTheme="majorHAnsi" w:hAnsiTheme="majorHAnsi" w:cstheme="majorHAnsi"/>
                <w:color w:val="auto"/>
                <w:sz w:val="17"/>
                <w:lang w:val="pl-PL"/>
              </w:rPr>
              <w:t>I stopnia i na studiach II</w:t>
            </w:r>
            <w:r w:rsidR="0086124C" w:rsidRPr="008457DC">
              <w:rPr>
                <w:rFonts w:asciiTheme="majorHAnsi" w:hAnsiTheme="majorHAnsi" w:cstheme="majorHAnsi"/>
                <w:color w:val="auto"/>
                <w:sz w:val="17"/>
                <w:lang w:val="pl-PL"/>
              </w:rPr>
              <w:t xml:space="preserve"> stopnia</w:t>
            </w:r>
            <w:r>
              <w:rPr>
                <w:rFonts w:asciiTheme="majorHAnsi" w:hAnsiTheme="majorHAnsi" w:cstheme="majorHAnsi"/>
                <w:color w:val="auto"/>
                <w:sz w:val="17"/>
                <w:lang w:val="pl-PL"/>
              </w:rPr>
              <w:t>,</w:t>
            </w:r>
            <w:r w:rsidR="0086124C" w:rsidRPr="008457DC">
              <w:rPr>
                <w:rFonts w:asciiTheme="majorHAnsi" w:hAnsiTheme="majorHAnsi" w:cstheme="majorHAnsi"/>
                <w:color w:val="auto"/>
                <w:sz w:val="17"/>
                <w:lang w:val="pl-PL"/>
              </w:rPr>
              <w:t xml:space="preserve"> nie później niż na dwa semestry przed terminem </w:t>
            </w:r>
            <w:r>
              <w:rPr>
                <w:rFonts w:asciiTheme="majorHAnsi" w:hAnsiTheme="majorHAnsi" w:cstheme="majorHAnsi"/>
                <w:color w:val="auto"/>
                <w:sz w:val="17"/>
                <w:lang w:val="pl-PL"/>
              </w:rPr>
              <w:t>ukończenia studiów</w:t>
            </w:r>
          </w:p>
        </w:tc>
      </w:tr>
      <w:tr w:rsidR="008457DC" w:rsidRPr="008457DC" w14:paraId="6A225F89" w14:textId="77777777" w:rsidTr="008457DC">
        <w:trPr>
          <w:cantSplit/>
          <w:jc w:val="center"/>
        </w:trPr>
        <w:tc>
          <w:tcPr>
            <w:tcW w:w="15137" w:type="dxa"/>
            <w:gridSpan w:val="2"/>
            <w:shd w:val="clear" w:color="auto" w:fill="D9D9D9" w:themeFill="background1" w:themeFillShade="D9"/>
            <w:tcMar>
              <w:top w:w="90" w:type="dxa"/>
              <w:left w:w="115" w:type="dxa"/>
              <w:bottom w:w="90" w:type="dxa"/>
              <w:right w:w="115" w:type="dxa"/>
            </w:tcMar>
            <w:vAlign w:val="center"/>
          </w:tcPr>
          <w:p w14:paraId="4DCDC599" w14:textId="77777777" w:rsidR="005B5EBB" w:rsidRPr="008457DC" w:rsidRDefault="0086124C" w:rsidP="00616E4F">
            <w:pPr>
              <w:spacing w:line="240" w:lineRule="auto"/>
              <w:rPr>
                <w:rFonts w:asciiTheme="majorHAnsi" w:hAnsiTheme="majorHAnsi" w:cstheme="majorHAnsi"/>
                <w:color w:val="auto"/>
                <w:lang w:val="pl-PL"/>
              </w:rPr>
            </w:pPr>
            <w:r w:rsidRPr="008457DC">
              <w:rPr>
                <w:rFonts w:asciiTheme="majorHAnsi" w:hAnsiTheme="majorHAnsi" w:cstheme="majorHAnsi"/>
                <w:b/>
                <w:color w:val="auto"/>
                <w:lang w:val="pl-PL"/>
              </w:rPr>
              <w:t>Nauczyciele akademiccy</w:t>
            </w:r>
          </w:p>
        </w:tc>
      </w:tr>
      <w:tr w:rsidR="008457DC" w:rsidRPr="00424337" w14:paraId="3B71F51A" w14:textId="77777777" w:rsidTr="008457DC">
        <w:trPr>
          <w:cantSplit/>
          <w:jc w:val="center"/>
        </w:trPr>
        <w:tc>
          <w:tcPr>
            <w:tcW w:w="9638" w:type="dxa"/>
            <w:shd w:val="clear" w:color="auto" w:fill="auto"/>
            <w:tcMar>
              <w:top w:w="90" w:type="dxa"/>
              <w:left w:w="115" w:type="dxa"/>
              <w:bottom w:w="90" w:type="dxa"/>
              <w:right w:w="115" w:type="dxa"/>
            </w:tcMar>
            <w:vAlign w:val="center"/>
          </w:tcPr>
          <w:p w14:paraId="43B80C9F" w14:textId="77777777" w:rsidR="005B5EBB" w:rsidRPr="008457DC" w:rsidRDefault="0086124C" w:rsidP="00616E4F">
            <w:pPr>
              <w:spacing w:line="240" w:lineRule="auto"/>
              <w:rPr>
                <w:rFonts w:asciiTheme="majorHAnsi" w:hAnsiTheme="majorHAnsi" w:cstheme="majorHAnsi"/>
                <w:color w:val="auto"/>
                <w:lang w:val="pl-PL"/>
              </w:rPr>
            </w:pPr>
            <w:r w:rsidRPr="008457DC">
              <w:rPr>
                <w:rFonts w:asciiTheme="majorHAnsi" w:hAnsiTheme="majorHAnsi" w:cstheme="majorHAnsi"/>
                <w:color w:val="auto"/>
                <w:sz w:val="17"/>
                <w:lang w:val="pl-PL"/>
              </w:rPr>
              <w:t>Proponują tematy prac dyplomowych i składają je w postaci papierowej lub elektronicznej Przewodniczącemu Rady Kierunku</w:t>
            </w:r>
          </w:p>
        </w:tc>
        <w:tc>
          <w:tcPr>
            <w:tcW w:w="5499" w:type="dxa"/>
            <w:shd w:val="clear" w:color="auto" w:fill="auto"/>
            <w:tcMar>
              <w:top w:w="90" w:type="dxa"/>
              <w:left w:w="115" w:type="dxa"/>
              <w:bottom w:w="90" w:type="dxa"/>
              <w:right w:w="115" w:type="dxa"/>
            </w:tcMar>
            <w:vAlign w:val="center"/>
          </w:tcPr>
          <w:p w14:paraId="7121DEEC" w14:textId="5B7DEA61" w:rsidR="005B5EBB" w:rsidRPr="008457DC" w:rsidRDefault="00616E4F" w:rsidP="00616E4F">
            <w:pPr>
              <w:spacing w:after="40" w:line="240" w:lineRule="auto"/>
              <w:rPr>
                <w:rFonts w:asciiTheme="majorHAnsi" w:hAnsiTheme="majorHAnsi" w:cstheme="majorHAnsi"/>
                <w:color w:val="auto"/>
                <w:lang w:val="pl-PL"/>
              </w:rPr>
            </w:pPr>
            <w:r>
              <w:rPr>
                <w:rFonts w:asciiTheme="majorHAnsi" w:hAnsiTheme="majorHAnsi" w:cstheme="majorHAnsi"/>
                <w:color w:val="auto"/>
                <w:sz w:val="17"/>
                <w:lang w:val="pl-PL"/>
              </w:rPr>
              <w:t>n</w:t>
            </w:r>
            <w:r w:rsidR="0086124C" w:rsidRPr="008457DC">
              <w:rPr>
                <w:rFonts w:asciiTheme="majorHAnsi" w:hAnsiTheme="majorHAnsi" w:cstheme="majorHAnsi"/>
                <w:color w:val="auto"/>
                <w:sz w:val="17"/>
                <w:lang w:val="pl-PL"/>
              </w:rPr>
              <w:t xml:space="preserve">a studiach </w:t>
            </w:r>
            <w:r>
              <w:rPr>
                <w:rFonts w:asciiTheme="majorHAnsi" w:hAnsiTheme="majorHAnsi" w:cstheme="majorHAnsi"/>
                <w:color w:val="auto"/>
                <w:sz w:val="17"/>
                <w:lang w:val="pl-PL"/>
              </w:rPr>
              <w:t>I</w:t>
            </w:r>
            <w:r w:rsidR="0086124C" w:rsidRPr="008457DC">
              <w:rPr>
                <w:rFonts w:asciiTheme="majorHAnsi" w:hAnsiTheme="majorHAnsi" w:cstheme="majorHAnsi"/>
                <w:color w:val="auto"/>
                <w:sz w:val="17"/>
                <w:lang w:val="pl-PL"/>
              </w:rPr>
              <w:t xml:space="preserve"> stopnia i na studiach</w:t>
            </w:r>
            <w:r>
              <w:rPr>
                <w:rFonts w:asciiTheme="majorHAnsi" w:hAnsiTheme="majorHAnsi" w:cstheme="majorHAnsi"/>
                <w:color w:val="auto"/>
                <w:sz w:val="17"/>
                <w:lang w:val="pl-PL"/>
              </w:rPr>
              <w:t xml:space="preserve"> II</w:t>
            </w:r>
            <w:r w:rsidR="0086124C" w:rsidRPr="008457DC">
              <w:rPr>
                <w:rFonts w:asciiTheme="majorHAnsi" w:hAnsiTheme="majorHAnsi" w:cstheme="majorHAnsi"/>
                <w:color w:val="auto"/>
                <w:sz w:val="17"/>
                <w:lang w:val="pl-PL"/>
              </w:rPr>
              <w:t xml:space="preserve"> stopnia</w:t>
            </w:r>
            <w:r>
              <w:rPr>
                <w:rFonts w:asciiTheme="majorHAnsi" w:hAnsiTheme="majorHAnsi" w:cstheme="majorHAnsi"/>
                <w:color w:val="auto"/>
                <w:sz w:val="17"/>
                <w:lang w:val="pl-PL"/>
              </w:rPr>
              <w:t>,</w:t>
            </w:r>
            <w:r w:rsidR="0086124C" w:rsidRPr="008457DC">
              <w:rPr>
                <w:rFonts w:asciiTheme="majorHAnsi" w:hAnsiTheme="majorHAnsi" w:cstheme="majorHAnsi"/>
                <w:color w:val="auto"/>
                <w:sz w:val="17"/>
                <w:lang w:val="pl-PL"/>
              </w:rPr>
              <w:t xml:space="preserve"> nie później niż na dwa semestry pr</w:t>
            </w:r>
            <w:r>
              <w:rPr>
                <w:rFonts w:asciiTheme="majorHAnsi" w:hAnsiTheme="majorHAnsi" w:cstheme="majorHAnsi"/>
                <w:color w:val="auto"/>
                <w:sz w:val="17"/>
                <w:lang w:val="pl-PL"/>
              </w:rPr>
              <w:t>zed terminem ukończenia studiów</w:t>
            </w:r>
          </w:p>
        </w:tc>
      </w:tr>
      <w:tr w:rsidR="008457DC" w:rsidRPr="008457DC" w14:paraId="728B3107" w14:textId="77777777" w:rsidTr="008457DC">
        <w:trPr>
          <w:cantSplit/>
          <w:jc w:val="center"/>
        </w:trPr>
        <w:tc>
          <w:tcPr>
            <w:tcW w:w="9638" w:type="dxa"/>
            <w:tcMar>
              <w:top w:w="90" w:type="dxa"/>
              <w:left w:w="115" w:type="dxa"/>
              <w:bottom w:w="90" w:type="dxa"/>
              <w:right w:w="115" w:type="dxa"/>
            </w:tcMar>
            <w:vAlign w:val="center"/>
          </w:tcPr>
          <w:p w14:paraId="1DD4B98B" w14:textId="77777777" w:rsidR="005B5EBB" w:rsidRPr="008457DC" w:rsidRDefault="0086124C" w:rsidP="00616E4F">
            <w:pPr>
              <w:spacing w:line="240" w:lineRule="auto"/>
              <w:rPr>
                <w:rFonts w:asciiTheme="majorHAnsi" w:hAnsiTheme="majorHAnsi" w:cstheme="majorHAnsi"/>
                <w:color w:val="auto"/>
                <w:lang w:val="pl-PL"/>
              </w:rPr>
            </w:pPr>
            <w:r w:rsidRPr="008457DC">
              <w:rPr>
                <w:rFonts w:asciiTheme="majorHAnsi" w:hAnsiTheme="majorHAnsi" w:cstheme="majorHAnsi"/>
                <w:color w:val="auto"/>
                <w:sz w:val="17"/>
                <w:lang w:val="pl-PL"/>
              </w:rPr>
              <w:t>Prowadzą, nadzorują i wspierają proces powstawania pracy dyplomowej</w:t>
            </w:r>
          </w:p>
        </w:tc>
        <w:tc>
          <w:tcPr>
            <w:tcW w:w="5499" w:type="dxa"/>
            <w:tcMar>
              <w:top w:w="90" w:type="dxa"/>
              <w:left w:w="115" w:type="dxa"/>
              <w:bottom w:w="90" w:type="dxa"/>
              <w:right w:w="115" w:type="dxa"/>
            </w:tcMar>
            <w:vAlign w:val="center"/>
          </w:tcPr>
          <w:p w14:paraId="04DECDD6" w14:textId="6122654C" w:rsidR="005B5EBB" w:rsidRPr="008457DC" w:rsidRDefault="00616E4F" w:rsidP="00616E4F">
            <w:pPr>
              <w:spacing w:line="240" w:lineRule="auto"/>
              <w:rPr>
                <w:rFonts w:asciiTheme="majorHAnsi" w:hAnsiTheme="majorHAnsi" w:cstheme="majorHAnsi"/>
                <w:color w:val="auto"/>
                <w:lang w:val="pl-PL"/>
              </w:rPr>
            </w:pPr>
            <w:r>
              <w:rPr>
                <w:rFonts w:asciiTheme="majorHAnsi" w:hAnsiTheme="majorHAnsi" w:cstheme="majorHAnsi"/>
                <w:color w:val="auto"/>
                <w:sz w:val="17"/>
                <w:lang w:val="pl-PL"/>
              </w:rPr>
              <w:t>d</w:t>
            </w:r>
            <w:r w:rsidR="0086124C" w:rsidRPr="008457DC">
              <w:rPr>
                <w:rFonts w:asciiTheme="majorHAnsi" w:hAnsiTheme="majorHAnsi" w:cstheme="majorHAnsi"/>
                <w:color w:val="auto"/>
                <w:sz w:val="17"/>
                <w:lang w:val="pl-PL"/>
              </w:rPr>
              <w:t>o końca ostatniego semestru</w:t>
            </w:r>
          </w:p>
        </w:tc>
      </w:tr>
      <w:tr w:rsidR="008457DC" w:rsidRPr="00424337" w14:paraId="7F37CEBF" w14:textId="77777777" w:rsidTr="008457DC">
        <w:trPr>
          <w:cantSplit/>
          <w:jc w:val="center"/>
        </w:trPr>
        <w:tc>
          <w:tcPr>
            <w:tcW w:w="9638" w:type="dxa"/>
            <w:shd w:val="clear" w:color="auto" w:fill="auto"/>
            <w:tcMar>
              <w:top w:w="90" w:type="dxa"/>
              <w:left w:w="115" w:type="dxa"/>
              <w:bottom w:w="90" w:type="dxa"/>
              <w:right w:w="115" w:type="dxa"/>
            </w:tcMar>
            <w:vAlign w:val="center"/>
          </w:tcPr>
          <w:p w14:paraId="60E4D2C6" w14:textId="60B1FC13" w:rsidR="005B5EBB" w:rsidRPr="008457DC" w:rsidRDefault="0086124C" w:rsidP="00616E4F">
            <w:pPr>
              <w:spacing w:line="240" w:lineRule="auto"/>
              <w:rPr>
                <w:rFonts w:asciiTheme="majorHAnsi" w:hAnsiTheme="majorHAnsi" w:cstheme="majorHAnsi"/>
                <w:color w:val="auto"/>
                <w:lang w:val="pl-PL"/>
              </w:rPr>
            </w:pPr>
            <w:r w:rsidRPr="008457DC">
              <w:rPr>
                <w:rFonts w:asciiTheme="majorHAnsi" w:hAnsiTheme="majorHAnsi" w:cstheme="majorHAnsi"/>
                <w:color w:val="auto"/>
                <w:sz w:val="17"/>
                <w:lang w:val="pl-PL"/>
              </w:rPr>
              <w:t>Przedkładają podpisany formularz złożenia pracy dyplomowej wraz ze wskazaniem dwóch Recenzentów zaakceptowan</w:t>
            </w:r>
            <w:r w:rsidR="008457DC">
              <w:rPr>
                <w:rFonts w:asciiTheme="majorHAnsi" w:hAnsiTheme="majorHAnsi" w:cstheme="majorHAnsi"/>
                <w:color w:val="auto"/>
                <w:sz w:val="17"/>
                <w:lang w:val="pl-PL"/>
              </w:rPr>
              <w:t>ych</w:t>
            </w:r>
            <w:r w:rsidRPr="008457DC">
              <w:rPr>
                <w:rFonts w:asciiTheme="majorHAnsi" w:hAnsiTheme="majorHAnsi" w:cstheme="majorHAnsi"/>
                <w:color w:val="auto"/>
                <w:sz w:val="17"/>
                <w:lang w:val="pl-PL"/>
              </w:rPr>
              <w:t xml:space="preserve"> przez Radę Kolegium</w:t>
            </w:r>
          </w:p>
        </w:tc>
        <w:tc>
          <w:tcPr>
            <w:tcW w:w="5499" w:type="dxa"/>
            <w:shd w:val="clear" w:color="auto" w:fill="auto"/>
            <w:tcMar>
              <w:top w:w="90" w:type="dxa"/>
              <w:left w:w="115" w:type="dxa"/>
              <w:bottom w:w="90" w:type="dxa"/>
              <w:right w:w="115" w:type="dxa"/>
            </w:tcMar>
            <w:vAlign w:val="center"/>
          </w:tcPr>
          <w:p w14:paraId="4576F23C" w14:textId="77777777" w:rsidR="005B5EBB" w:rsidRPr="008457DC" w:rsidRDefault="0086124C" w:rsidP="00616E4F">
            <w:pPr>
              <w:spacing w:line="240" w:lineRule="auto"/>
              <w:rPr>
                <w:rFonts w:asciiTheme="majorHAnsi" w:hAnsiTheme="majorHAnsi" w:cstheme="majorHAnsi"/>
                <w:color w:val="auto"/>
                <w:lang w:val="pl-PL"/>
              </w:rPr>
            </w:pPr>
            <w:r w:rsidRPr="008457DC">
              <w:rPr>
                <w:rFonts w:asciiTheme="majorHAnsi" w:hAnsiTheme="majorHAnsi" w:cstheme="majorHAnsi"/>
                <w:color w:val="auto"/>
                <w:sz w:val="17"/>
                <w:lang w:val="pl-PL"/>
              </w:rPr>
              <w:t>na trzy tygodnie przed wyznaczonym terminem egzaminu dyplomowego</w:t>
            </w:r>
          </w:p>
        </w:tc>
      </w:tr>
      <w:tr w:rsidR="00BD673A" w:rsidRPr="00424337" w14:paraId="2112C453" w14:textId="77777777" w:rsidTr="008457DC">
        <w:trPr>
          <w:cantSplit/>
          <w:jc w:val="center"/>
        </w:trPr>
        <w:tc>
          <w:tcPr>
            <w:tcW w:w="9638" w:type="dxa"/>
            <w:shd w:val="clear" w:color="auto" w:fill="auto"/>
            <w:tcMar>
              <w:top w:w="90" w:type="dxa"/>
              <w:left w:w="115" w:type="dxa"/>
              <w:bottom w:w="90" w:type="dxa"/>
              <w:right w:w="115" w:type="dxa"/>
            </w:tcMar>
            <w:vAlign w:val="center"/>
          </w:tcPr>
          <w:p w14:paraId="00F5FB55" w14:textId="77777777" w:rsidR="00BD673A" w:rsidRPr="008457DC" w:rsidRDefault="00BD673A" w:rsidP="00BD673A">
            <w:pPr>
              <w:spacing w:after="40" w:line="240" w:lineRule="auto"/>
              <w:rPr>
                <w:rFonts w:asciiTheme="majorHAnsi" w:hAnsiTheme="majorHAnsi" w:cstheme="majorHAnsi"/>
                <w:color w:val="auto"/>
                <w:lang w:val="pl-PL"/>
              </w:rPr>
            </w:pPr>
            <w:r w:rsidRPr="008457DC">
              <w:rPr>
                <w:rFonts w:asciiTheme="majorHAnsi" w:hAnsiTheme="majorHAnsi" w:cstheme="majorHAnsi"/>
                <w:color w:val="auto"/>
                <w:sz w:val="17"/>
                <w:lang w:val="pl-PL"/>
              </w:rPr>
              <w:t>Zobowiązani są do:</w:t>
            </w:r>
          </w:p>
          <w:p w14:paraId="77B78ECB" w14:textId="77777777" w:rsidR="00BD673A" w:rsidRPr="008457DC" w:rsidRDefault="00BD673A" w:rsidP="00BD673A">
            <w:pPr>
              <w:spacing w:before="40" w:after="40" w:line="240" w:lineRule="auto"/>
              <w:rPr>
                <w:rFonts w:asciiTheme="majorHAnsi" w:hAnsiTheme="majorHAnsi" w:cstheme="majorHAnsi"/>
                <w:color w:val="auto"/>
                <w:lang w:val="pl-PL"/>
              </w:rPr>
            </w:pPr>
            <w:r w:rsidRPr="008457DC">
              <w:rPr>
                <w:rFonts w:asciiTheme="majorHAnsi" w:hAnsiTheme="majorHAnsi" w:cstheme="majorHAnsi"/>
                <w:color w:val="auto"/>
                <w:sz w:val="17"/>
                <w:lang w:val="pl-PL"/>
              </w:rPr>
              <w:t>1) sprawdzenia poprawności i zatwierdzenia danych wprowadzonych przez Studenta;</w:t>
            </w:r>
          </w:p>
          <w:p w14:paraId="57EDF450" w14:textId="77777777" w:rsidR="00BD673A" w:rsidRPr="008457DC" w:rsidRDefault="00BD673A" w:rsidP="00BD673A">
            <w:pPr>
              <w:spacing w:before="40" w:after="40" w:line="240" w:lineRule="auto"/>
              <w:rPr>
                <w:rFonts w:asciiTheme="majorHAnsi" w:hAnsiTheme="majorHAnsi" w:cstheme="majorHAnsi"/>
                <w:color w:val="auto"/>
                <w:lang w:val="pl-PL"/>
              </w:rPr>
            </w:pPr>
            <w:r w:rsidRPr="008457DC">
              <w:rPr>
                <w:rFonts w:asciiTheme="majorHAnsi" w:hAnsiTheme="majorHAnsi" w:cstheme="majorHAnsi"/>
                <w:color w:val="auto"/>
                <w:sz w:val="17"/>
                <w:lang w:val="pl-PL"/>
              </w:rPr>
              <w:t>2) przesłania pracy dyplomowej do Jednolitego Systemu Antyplagiatowego (JSA);</w:t>
            </w:r>
          </w:p>
          <w:p w14:paraId="7DD222F4" w14:textId="41FDD7D0" w:rsidR="00BD673A" w:rsidRPr="00BD673A" w:rsidRDefault="00BD673A" w:rsidP="00BD673A">
            <w:pPr>
              <w:spacing w:before="40" w:after="40" w:line="240" w:lineRule="auto"/>
              <w:rPr>
                <w:rFonts w:asciiTheme="majorHAnsi" w:hAnsiTheme="majorHAnsi" w:cstheme="majorHAnsi"/>
                <w:color w:val="auto"/>
                <w:lang w:val="pl-PL"/>
              </w:rPr>
            </w:pPr>
            <w:r w:rsidRPr="008457DC">
              <w:rPr>
                <w:rFonts w:asciiTheme="majorHAnsi" w:hAnsiTheme="majorHAnsi" w:cstheme="majorHAnsi"/>
                <w:color w:val="auto"/>
                <w:sz w:val="17"/>
                <w:lang w:val="pl-PL"/>
              </w:rPr>
              <w:t>3) pobrania w systemie APD raportu z badania pracy dyplomowej</w:t>
            </w:r>
          </w:p>
        </w:tc>
        <w:tc>
          <w:tcPr>
            <w:tcW w:w="5499" w:type="dxa"/>
            <w:shd w:val="clear" w:color="auto" w:fill="auto"/>
            <w:tcMar>
              <w:top w:w="90" w:type="dxa"/>
              <w:left w:w="115" w:type="dxa"/>
              <w:bottom w:w="90" w:type="dxa"/>
              <w:right w:w="115" w:type="dxa"/>
            </w:tcMar>
            <w:vAlign w:val="center"/>
          </w:tcPr>
          <w:p w14:paraId="7F21132C" w14:textId="3D505EBC" w:rsidR="00BD673A" w:rsidRPr="009467A5" w:rsidRDefault="00424337" w:rsidP="00616E4F">
            <w:pPr>
              <w:spacing w:line="240" w:lineRule="auto"/>
              <w:rPr>
                <w:rFonts w:asciiTheme="majorHAnsi" w:hAnsiTheme="majorHAnsi" w:cstheme="majorHAnsi"/>
                <w:color w:val="auto"/>
                <w:sz w:val="17"/>
                <w:lang w:val="pl-PL"/>
              </w:rPr>
            </w:pPr>
            <w:r w:rsidRPr="009467A5">
              <w:rPr>
                <w:rFonts w:asciiTheme="majorHAnsi" w:hAnsiTheme="majorHAnsi" w:cstheme="majorHAnsi"/>
                <w:color w:val="auto"/>
                <w:sz w:val="17"/>
                <w:lang w:val="pl-PL"/>
              </w:rPr>
              <w:t>w</w:t>
            </w:r>
            <w:r w:rsidR="00BD673A" w:rsidRPr="009467A5">
              <w:rPr>
                <w:rFonts w:asciiTheme="majorHAnsi" w:hAnsiTheme="majorHAnsi" w:cstheme="majorHAnsi"/>
                <w:color w:val="auto"/>
                <w:sz w:val="17"/>
                <w:lang w:val="pl-PL"/>
              </w:rPr>
              <w:t xml:space="preserve"> ciągu kilku dni od przekazania pracy przez studenta w systemie APD tak, aby nie przekroczyć regulaminowych terminów złożenia pracy dyplomowej:</w:t>
            </w:r>
          </w:p>
          <w:p w14:paraId="29F89C6D" w14:textId="77777777" w:rsidR="00424337" w:rsidRPr="009467A5" w:rsidRDefault="00424337" w:rsidP="00BD673A">
            <w:pPr>
              <w:spacing w:line="240" w:lineRule="auto"/>
              <w:rPr>
                <w:rFonts w:asciiTheme="majorHAnsi" w:hAnsiTheme="majorHAnsi" w:cstheme="majorHAnsi"/>
                <w:color w:val="auto"/>
                <w:sz w:val="17"/>
                <w:lang w:val="pl-PL"/>
              </w:rPr>
            </w:pPr>
          </w:p>
          <w:p w14:paraId="32E976DF" w14:textId="4F4F22D8" w:rsidR="00BD673A" w:rsidRPr="009467A5" w:rsidRDefault="00BD673A" w:rsidP="00BD673A">
            <w:pPr>
              <w:spacing w:line="240" w:lineRule="auto"/>
              <w:rPr>
                <w:rFonts w:asciiTheme="majorHAnsi" w:hAnsiTheme="majorHAnsi" w:cstheme="majorHAnsi"/>
                <w:color w:val="auto"/>
                <w:sz w:val="17"/>
                <w:lang w:val="pl-PL"/>
              </w:rPr>
            </w:pPr>
            <w:r w:rsidRPr="009467A5">
              <w:rPr>
                <w:rFonts w:asciiTheme="majorHAnsi" w:hAnsiTheme="majorHAnsi" w:cstheme="majorHAnsi"/>
                <w:color w:val="auto"/>
                <w:sz w:val="17"/>
                <w:lang w:val="pl-PL"/>
              </w:rPr>
              <w:t xml:space="preserve">- w przypadku studentów rekrutujących się na studia II stopnia </w:t>
            </w:r>
            <w:r w:rsidRPr="009467A5">
              <w:rPr>
                <w:rFonts w:asciiTheme="majorHAnsi" w:hAnsiTheme="majorHAnsi" w:cstheme="majorHAnsi"/>
                <w:b/>
                <w:color w:val="auto"/>
                <w:sz w:val="17"/>
                <w:lang w:val="pl-PL"/>
              </w:rPr>
              <w:t>nie później niż do ostatniego dnia rejestracji internetowej na te studia</w:t>
            </w:r>
            <w:r w:rsidRPr="009467A5">
              <w:rPr>
                <w:rFonts w:asciiTheme="majorHAnsi" w:hAnsiTheme="majorHAnsi" w:cstheme="majorHAnsi"/>
                <w:color w:val="auto"/>
                <w:sz w:val="17"/>
                <w:lang w:val="pl-PL"/>
              </w:rPr>
              <w:t xml:space="preserve"> rozpoczynające się w semestrze letnim. (patrz harmonogram rekrutacji);</w:t>
            </w:r>
          </w:p>
          <w:p w14:paraId="361A85FF" w14:textId="0D709F32" w:rsidR="00BD673A" w:rsidRPr="009467A5" w:rsidRDefault="00BD673A" w:rsidP="00616E4F">
            <w:pPr>
              <w:spacing w:line="240" w:lineRule="auto"/>
              <w:rPr>
                <w:rFonts w:asciiTheme="majorHAnsi" w:hAnsiTheme="majorHAnsi" w:cstheme="majorHAnsi"/>
                <w:color w:val="auto"/>
                <w:sz w:val="17"/>
                <w:lang w:val="pl-PL"/>
              </w:rPr>
            </w:pPr>
            <w:r w:rsidRPr="009467A5">
              <w:rPr>
                <w:rFonts w:asciiTheme="majorHAnsi" w:hAnsiTheme="majorHAnsi" w:cstheme="majorHAnsi"/>
                <w:color w:val="auto"/>
                <w:sz w:val="17"/>
                <w:lang w:val="pl-PL"/>
              </w:rPr>
              <w:t>- do 15 marca dla studiów stacjonarnych - kończących się w semestrze zimowym;</w:t>
            </w:r>
            <w:r w:rsidRPr="009467A5">
              <w:rPr>
                <w:rFonts w:asciiTheme="majorHAnsi" w:hAnsiTheme="majorHAnsi" w:cstheme="majorHAnsi"/>
                <w:color w:val="auto"/>
                <w:sz w:val="17"/>
                <w:lang w:val="pl-PL"/>
              </w:rPr>
              <w:br/>
              <w:t xml:space="preserve">- do 30 czerwca dla studiów stacjonarnych </w:t>
            </w:r>
            <w:r w:rsidR="00424337" w:rsidRPr="009467A5">
              <w:rPr>
                <w:rFonts w:asciiTheme="majorHAnsi" w:hAnsiTheme="majorHAnsi" w:cstheme="majorHAnsi"/>
                <w:color w:val="auto"/>
                <w:sz w:val="17"/>
                <w:lang w:val="pl-PL"/>
              </w:rPr>
              <w:t xml:space="preserve">- </w:t>
            </w:r>
            <w:r w:rsidRPr="009467A5">
              <w:rPr>
                <w:rFonts w:asciiTheme="majorHAnsi" w:hAnsiTheme="majorHAnsi" w:cstheme="majorHAnsi"/>
                <w:color w:val="auto"/>
                <w:sz w:val="17"/>
                <w:lang w:val="pl-PL"/>
              </w:rPr>
              <w:t>kończą</w:t>
            </w:r>
            <w:r w:rsidR="00424337" w:rsidRPr="009467A5">
              <w:rPr>
                <w:rFonts w:asciiTheme="majorHAnsi" w:hAnsiTheme="majorHAnsi" w:cstheme="majorHAnsi"/>
                <w:color w:val="auto"/>
                <w:sz w:val="17"/>
                <w:lang w:val="pl-PL"/>
              </w:rPr>
              <w:t>cych</w:t>
            </w:r>
            <w:r w:rsidRPr="009467A5">
              <w:rPr>
                <w:rFonts w:asciiTheme="majorHAnsi" w:hAnsiTheme="majorHAnsi" w:cstheme="majorHAnsi"/>
                <w:color w:val="auto"/>
                <w:sz w:val="17"/>
                <w:lang w:val="pl-PL"/>
              </w:rPr>
              <w:t xml:space="preserve"> się w semestrze letnim.</w:t>
            </w:r>
          </w:p>
          <w:p w14:paraId="5C2ECA0F" w14:textId="77777777" w:rsidR="00865AF7" w:rsidRPr="009467A5" w:rsidRDefault="00865AF7" w:rsidP="00616E4F">
            <w:pPr>
              <w:spacing w:line="240" w:lineRule="auto"/>
              <w:rPr>
                <w:rFonts w:asciiTheme="majorHAnsi" w:hAnsiTheme="majorHAnsi" w:cstheme="majorHAnsi"/>
                <w:color w:val="auto"/>
                <w:sz w:val="17"/>
                <w:lang w:val="pl-PL"/>
              </w:rPr>
            </w:pPr>
          </w:p>
          <w:p w14:paraId="0A0A84BC" w14:textId="4D6C0ADE" w:rsidR="00865AF7" w:rsidRPr="009467A5" w:rsidRDefault="00865AF7" w:rsidP="00865AF7">
            <w:pPr>
              <w:spacing w:line="240" w:lineRule="auto"/>
              <w:rPr>
                <w:rFonts w:asciiTheme="majorHAnsi" w:hAnsiTheme="majorHAnsi" w:cstheme="majorHAnsi"/>
                <w:color w:val="auto"/>
                <w:sz w:val="17"/>
                <w:szCs w:val="17"/>
                <w:lang w:val="pl-PL"/>
              </w:rPr>
            </w:pPr>
            <w:r w:rsidRPr="009467A5">
              <w:rPr>
                <w:rFonts w:asciiTheme="majorHAnsi" w:hAnsiTheme="majorHAnsi" w:cstheme="majorHAnsi"/>
                <w:color w:val="auto"/>
                <w:sz w:val="17"/>
                <w:szCs w:val="17"/>
                <w:lang w:val="pl-PL"/>
              </w:rPr>
              <w:t xml:space="preserve">Przez złożenie pracy zgodnie z Regulaminem studiów należy rozumieć  </w:t>
            </w:r>
          </w:p>
          <w:p w14:paraId="0193E05B" w14:textId="563CC793" w:rsidR="00865AF7" w:rsidRPr="009467A5" w:rsidRDefault="00865AF7" w:rsidP="00865AF7">
            <w:pPr>
              <w:spacing w:line="240" w:lineRule="auto"/>
              <w:rPr>
                <w:rFonts w:asciiTheme="majorHAnsi" w:hAnsiTheme="majorHAnsi" w:cstheme="majorHAnsi"/>
                <w:color w:val="auto"/>
                <w:sz w:val="17"/>
                <w:lang w:val="pl-PL"/>
              </w:rPr>
            </w:pPr>
            <w:r w:rsidRPr="009467A5">
              <w:rPr>
                <w:rFonts w:asciiTheme="majorHAnsi" w:hAnsiTheme="majorHAnsi" w:cstheme="majorHAnsi"/>
                <w:color w:val="auto"/>
                <w:sz w:val="17"/>
                <w:szCs w:val="17"/>
                <w:lang w:val="pl-PL"/>
              </w:rPr>
              <w:t>zaakceptowanie pracy dyplomowej w systemie APD przez promotora.</w:t>
            </w:r>
          </w:p>
        </w:tc>
      </w:tr>
      <w:tr w:rsidR="00EB7BED" w:rsidRPr="00424337" w14:paraId="2CBDEAB6" w14:textId="77777777" w:rsidTr="008457DC">
        <w:trPr>
          <w:cantSplit/>
          <w:jc w:val="center"/>
        </w:trPr>
        <w:tc>
          <w:tcPr>
            <w:tcW w:w="9638" w:type="dxa"/>
            <w:tcMar>
              <w:top w:w="90" w:type="dxa"/>
              <w:left w:w="115" w:type="dxa"/>
              <w:bottom w:w="90" w:type="dxa"/>
              <w:right w:w="115" w:type="dxa"/>
            </w:tcMar>
            <w:vAlign w:val="center"/>
          </w:tcPr>
          <w:p w14:paraId="1B036542" w14:textId="267CA790" w:rsidR="00EB7BED" w:rsidRPr="008457DC" w:rsidRDefault="00BD673A" w:rsidP="00EB7BED">
            <w:pPr>
              <w:spacing w:after="40" w:line="240" w:lineRule="auto"/>
              <w:rPr>
                <w:rFonts w:asciiTheme="majorHAnsi" w:hAnsiTheme="majorHAnsi" w:cstheme="majorHAnsi"/>
                <w:color w:val="auto"/>
                <w:lang w:val="pl-PL"/>
              </w:rPr>
            </w:pPr>
            <w:r w:rsidRPr="009467A5">
              <w:rPr>
                <w:rFonts w:asciiTheme="majorHAnsi" w:hAnsiTheme="majorHAnsi" w:cstheme="majorHAnsi"/>
                <w:color w:val="auto"/>
                <w:sz w:val="17"/>
                <w:lang w:val="pl-PL"/>
              </w:rPr>
              <w:t>W dalszej kolejności z</w:t>
            </w:r>
            <w:r w:rsidR="00EB7BED" w:rsidRPr="009467A5">
              <w:rPr>
                <w:rFonts w:asciiTheme="majorHAnsi" w:hAnsiTheme="majorHAnsi" w:cstheme="majorHAnsi"/>
                <w:color w:val="auto"/>
                <w:sz w:val="17"/>
                <w:lang w:val="pl-PL"/>
              </w:rPr>
              <w:t xml:space="preserve">obowiązani </w:t>
            </w:r>
            <w:r w:rsidR="00EB7BED" w:rsidRPr="008457DC">
              <w:rPr>
                <w:rFonts w:asciiTheme="majorHAnsi" w:hAnsiTheme="majorHAnsi" w:cstheme="majorHAnsi"/>
                <w:color w:val="auto"/>
                <w:sz w:val="17"/>
                <w:lang w:val="pl-PL"/>
              </w:rPr>
              <w:t>są do:</w:t>
            </w:r>
          </w:p>
          <w:p w14:paraId="172BF9BD" w14:textId="692A14D3" w:rsidR="00EB7BED" w:rsidRPr="008457DC" w:rsidRDefault="00BD673A" w:rsidP="00EB7BED">
            <w:pPr>
              <w:spacing w:before="40" w:after="40" w:line="240" w:lineRule="auto"/>
              <w:rPr>
                <w:rFonts w:asciiTheme="majorHAnsi" w:hAnsiTheme="majorHAnsi" w:cstheme="majorHAnsi"/>
                <w:color w:val="auto"/>
                <w:lang w:val="pl-PL"/>
              </w:rPr>
            </w:pPr>
            <w:r>
              <w:rPr>
                <w:rFonts w:asciiTheme="majorHAnsi" w:hAnsiTheme="majorHAnsi" w:cstheme="majorHAnsi"/>
                <w:color w:val="auto"/>
                <w:sz w:val="17"/>
                <w:lang w:val="pl-PL"/>
              </w:rPr>
              <w:t>1</w:t>
            </w:r>
            <w:r w:rsidR="00EB7BED" w:rsidRPr="008457DC">
              <w:rPr>
                <w:rFonts w:asciiTheme="majorHAnsi" w:hAnsiTheme="majorHAnsi" w:cstheme="majorHAnsi"/>
                <w:color w:val="auto"/>
                <w:sz w:val="17"/>
                <w:lang w:val="pl-PL"/>
              </w:rPr>
              <w:t>) wydrukowania i podpisania wypełnionego raportu ogólnego z badania pracy dyplomowej wygenerowanego przez system JSA;</w:t>
            </w:r>
          </w:p>
          <w:p w14:paraId="0D189391" w14:textId="424D0C52" w:rsidR="00EB7BED" w:rsidRPr="008457DC" w:rsidRDefault="00BD673A" w:rsidP="00EB7BED">
            <w:pPr>
              <w:spacing w:before="40" w:line="240" w:lineRule="auto"/>
              <w:rPr>
                <w:rFonts w:asciiTheme="majorHAnsi" w:hAnsiTheme="majorHAnsi" w:cstheme="majorHAnsi"/>
                <w:color w:val="auto"/>
                <w:lang w:val="pl-PL"/>
              </w:rPr>
            </w:pPr>
            <w:r>
              <w:rPr>
                <w:rFonts w:asciiTheme="majorHAnsi" w:hAnsiTheme="majorHAnsi" w:cstheme="majorHAnsi"/>
                <w:color w:val="auto"/>
                <w:sz w:val="17"/>
                <w:lang w:val="pl-PL"/>
              </w:rPr>
              <w:t>2</w:t>
            </w:r>
            <w:r w:rsidR="00EB7BED" w:rsidRPr="008457DC">
              <w:rPr>
                <w:rFonts w:asciiTheme="majorHAnsi" w:hAnsiTheme="majorHAnsi" w:cstheme="majorHAnsi"/>
                <w:color w:val="auto"/>
                <w:sz w:val="17"/>
                <w:lang w:val="pl-PL"/>
              </w:rPr>
              <w:t>) złożenia w BOS podpisanego raportu ogólnego z badania pracy dyplomowej</w:t>
            </w:r>
          </w:p>
        </w:tc>
        <w:tc>
          <w:tcPr>
            <w:tcW w:w="5499" w:type="dxa"/>
            <w:tcMar>
              <w:top w:w="90" w:type="dxa"/>
              <w:left w:w="115" w:type="dxa"/>
              <w:bottom w:w="90" w:type="dxa"/>
              <w:right w:w="115" w:type="dxa"/>
            </w:tcMar>
            <w:vAlign w:val="center"/>
          </w:tcPr>
          <w:p w14:paraId="71D90CB1" w14:textId="695D83CE" w:rsidR="00EB7BED" w:rsidRPr="009467A5" w:rsidRDefault="00EB7BED" w:rsidP="00EB7BED">
            <w:pPr>
              <w:spacing w:line="240" w:lineRule="auto"/>
              <w:rPr>
                <w:rFonts w:asciiTheme="majorHAnsi" w:hAnsiTheme="majorHAnsi" w:cstheme="majorHAnsi"/>
                <w:color w:val="auto"/>
                <w:sz w:val="17"/>
                <w:lang w:val="pl-PL"/>
              </w:rPr>
            </w:pPr>
            <w:r w:rsidRPr="009467A5">
              <w:rPr>
                <w:rFonts w:asciiTheme="majorHAnsi" w:hAnsiTheme="majorHAnsi" w:cstheme="majorHAnsi"/>
                <w:color w:val="auto"/>
                <w:sz w:val="17"/>
                <w:lang w:val="pl-PL"/>
              </w:rPr>
              <w:t xml:space="preserve">najpóźniej na </w:t>
            </w:r>
            <w:r w:rsidR="00E96E33" w:rsidRPr="009467A5">
              <w:rPr>
                <w:rFonts w:asciiTheme="majorHAnsi" w:hAnsiTheme="majorHAnsi" w:cstheme="majorHAnsi"/>
                <w:color w:val="auto"/>
                <w:sz w:val="17"/>
                <w:lang w:val="pl-PL"/>
              </w:rPr>
              <w:t>3</w:t>
            </w:r>
            <w:r w:rsidRPr="009467A5">
              <w:rPr>
                <w:rFonts w:asciiTheme="majorHAnsi" w:hAnsiTheme="majorHAnsi" w:cstheme="majorHAnsi"/>
                <w:color w:val="auto"/>
                <w:sz w:val="17"/>
                <w:lang w:val="pl-PL"/>
              </w:rPr>
              <w:t xml:space="preserve"> dni przed terminem egzaminu dyplomowego (dotyczy również studentów z przedłużeniami terminu złożenia pracy dyplomowej)</w:t>
            </w:r>
          </w:p>
          <w:p w14:paraId="36C02FDF" w14:textId="77777777" w:rsidR="00EB7BED" w:rsidRPr="009467A5" w:rsidRDefault="00EB7BED" w:rsidP="00EB7BED">
            <w:pPr>
              <w:spacing w:line="240" w:lineRule="auto"/>
              <w:rPr>
                <w:rFonts w:asciiTheme="majorHAnsi" w:hAnsiTheme="majorHAnsi" w:cstheme="majorHAnsi"/>
                <w:color w:val="auto"/>
                <w:sz w:val="17"/>
                <w:lang w:val="pl-PL"/>
              </w:rPr>
            </w:pPr>
          </w:p>
          <w:p w14:paraId="02E1D53B" w14:textId="2B68C4AB" w:rsidR="00EB7BED" w:rsidRPr="009467A5" w:rsidRDefault="00EB7BED" w:rsidP="00EB7BED">
            <w:pPr>
              <w:spacing w:line="240" w:lineRule="auto"/>
              <w:rPr>
                <w:rFonts w:asciiTheme="majorHAnsi" w:hAnsiTheme="majorHAnsi" w:cstheme="majorHAnsi"/>
                <w:color w:val="auto"/>
                <w:sz w:val="17"/>
                <w:lang w:val="pl-PL"/>
              </w:rPr>
            </w:pPr>
          </w:p>
        </w:tc>
      </w:tr>
      <w:tr w:rsidR="00EB7BED" w:rsidRPr="008457DC" w14:paraId="41E95434" w14:textId="77777777" w:rsidTr="008457DC">
        <w:trPr>
          <w:cantSplit/>
          <w:jc w:val="center"/>
        </w:trPr>
        <w:tc>
          <w:tcPr>
            <w:tcW w:w="9638" w:type="dxa"/>
            <w:shd w:val="clear" w:color="auto" w:fill="auto"/>
            <w:tcMar>
              <w:top w:w="90" w:type="dxa"/>
              <w:left w:w="115" w:type="dxa"/>
              <w:bottom w:w="90" w:type="dxa"/>
              <w:right w:w="115" w:type="dxa"/>
            </w:tcMar>
            <w:vAlign w:val="center"/>
          </w:tcPr>
          <w:p w14:paraId="0CE21D64" w14:textId="77777777" w:rsidR="00EB7BED" w:rsidRPr="008457DC" w:rsidRDefault="00EB7BED" w:rsidP="00EB7BED">
            <w:pPr>
              <w:spacing w:line="240" w:lineRule="auto"/>
              <w:rPr>
                <w:rFonts w:asciiTheme="majorHAnsi" w:hAnsiTheme="majorHAnsi" w:cstheme="majorHAnsi"/>
                <w:color w:val="auto"/>
                <w:lang w:val="pl-PL"/>
              </w:rPr>
            </w:pPr>
            <w:r w:rsidRPr="008457DC">
              <w:rPr>
                <w:rFonts w:asciiTheme="majorHAnsi" w:hAnsiTheme="majorHAnsi" w:cstheme="majorHAnsi"/>
                <w:color w:val="auto"/>
                <w:sz w:val="17"/>
                <w:lang w:val="pl-PL"/>
              </w:rPr>
              <w:t>Dopuszczają prace dyplomowe do kolejnych etapów</w:t>
            </w:r>
          </w:p>
        </w:tc>
        <w:tc>
          <w:tcPr>
            <w:tcW w:w="5499" w:type="dxa"/>
            <w:shd w:val="clear" w:color="auto" w:fill="auto"/>
            <w:tcMar>
              <w:top w:w="90" w:type="dxa"/>
              <w:left w:w="115" w:type="dxa"/>
              <w:bottom w:w="90" w:type="dxa"/>
              <w:right w:w="115" w:type="dxa"/>
            </w:tcMar>
            <w:vAlign w:val="center"/>
          </w:tcPr>
          <w:p w14:paraId="598E4491" w14:textId="77777777" w:rsidR="00EB7BED" w:rsidRPr="008457DC" w:rsidRDefault="00EB7BED" w:rsidP="00EB7BED">
            <w:pPr>
              <w:spacing w:line="240" w:lineRule="auto"/>
              <w:rPr>
                <w:rFonts w:asciiTheme="majorHAnsi" w:hAnsiTheme="majorHAnsi" w:cstheme="majorHAnsi"/>
                <w:color w:val="auto"/>
                <w:lang w:val="pl-PL"/>
              </w:rPr>
            </w:pPr>
            <w:r w:rsidRPr="008457DC">
              <w:rPr>
                <w:rFonts w:asciiTheme="majorHAnsi" w:hAnsiTheme="majorHAnsi" w:cstheme="majorHAnsi"/>
                <w:color w:val="auto"/>
                <w:sz w:val="17"/>
                <w:lang w:val="pl-PL"/>
              </w:rPr>
              <w:t>bez zbędnej zwłoki</w:t>
            </w:r>
          </w:p>
        </w:tc>
      </w:tr>
      <w:tr w:rsidR="00EB7BED" w:rsidRPr="00424337" w14:paraId="1F9DCC9D" w14:textId="77777777" w:rsidTr="008457DC">
        <w:trPr>
          <w:cantSplit/>
          <w:jc w:val="center"/>
        </w:trPr>
        <w:tc>
          <w:tcPr>
            <w:tcW w:w="9638" w:type="dxa"/>
            <w:tcMar>
              <w:top w:w="90" w:type="dxa"/>
              <w:left w:w="115" w:type="dxa"/>
              <w:bottom w:w="90" w:type="dxa"/>
              <w:right w:w="115" w:type="dxa"/>
            </w:tcMar>
            <w:vAlign w:val="center"/>
          </w:tcPr>
          <w:p w14:paraId="2F502D74" w14:textId="4C3B97EC" w:rsidR="00EB7BED" w:rsidRPr="008457DC" w:rsidRDefault="00EB7BED" w:rsidP="00EB7BED">
            <w:pPr>
              <w:spacing w:after="40" w:line="240" w:lineRule="auto"/>
              <w:rPr>
                <w:rFonts w:asciiTheme="majorHAnsi" w:hAnsiTheme="majorHAnsi" w:cstheme="majorHAnsi"/>
                <w:color w:val="auto"/>
                <w:lang w:val="pl-PL"/>
              </w:rPr>
            </w:pPr>
            <w:r>
              <w:rPr>
                <w:rFonts w:asciiTheme="majorHAnsi" w:hAnsiTheme="majorHAnsi" w:cstheme="majorHAnsi"/>
                <w:color w:val="auto"/>
                <w:sz w:val="17"/>
                <w:lang w:val="pl-PL"/>
              </w:rPr>
              <w:t>Promotor i R</w:t>
            </w:r>
            <w:r w:rsidRPr="008457DC">
              <w:rPr>
                <w:rFonts w:asciiTheme="majorHAnsi" w:hAnsiTheme="majorHAnsi" w:cstheme="majorHAnsi"/>
                <w:color w:val="auto"/>
                <w:sz w:val="17"/>
                <w:lang w:val="pl-PL"/>
              </w:rPr>
              <w:t>ecenzent (recenzenci) zobowiązani są do:</w:t>
            </w:r>
          </w:p>
          <w:p w14:paraId="31EC7776" w14:textId="77777777" w:rsidR="00EB7BED" w:rsidRPr="008457DC" w:rsidRDefault="00EB7BED" w:rsidP="00EB7BED">
            <w:pPr>
              <w:spacing w:before="40" w:after="40" w:line="240" w:lineRule="auto"/>
              <w:rPr>
                <w:rFonts w:asciiTheme="majorHAnsi" w:hAnsiTheme="majorHAnsi" w:cstheme="majorHAnsi"/>
                <w:color w:val="auto"/>
                <w:lang w:val="pl-PL"/>
              </w:rPr>
            </w:pPr>
            <w:r w:rsidRPr="008457DC">
              <w:rPr>
                <w:rFonts w:asciiTheme="majorHAnsi" w:hAnsiTheme="majorHAnsi" w:cstheme="majorHAnsi"/>
                <w:color w:val="auto"/>
                <w:sz w:val="17"/>
                <w:lang w:val="pl-PL"/>
              </w:rPr>
              <w:t>1) wypełnienia i zatwierdzenia w programie APD formularza oceny pracy dyplomowej;</w:t>
            </w:r>
          </w:p>
          <w:p w14:paraId="57AFA5CF" w14:textId="77777777" w:rsidR="00EB7BED" w:rsidRPr="008457DC" w:rsidRDefault="00EB7BED" w:rsidP="00EB7BED">
            <w:pPr>
              <w:spacing w:before="40" w:line="240" w:lineRule="auto"/>
              <w:rPr>
                <w:rFonts w:asciiTheme="majorHAnsi" w:hAnsiTheme="majorHAnsi" w:cstheme="majorHAnsi"/>
                <w:color w:val="auto"/>
                <w:lang w:val="pl-PL"/>
              </w:rPr>
            </w:pPr>
            <w:r w:rsidRPr="008457DC">
              <w:rPr>
                <w:rFonts w:asciiTheme="majorHAnsi" w:hAnsiTheme="majorHAnsi" w:cstheme="majorHAnsi"/>
                <w:color w:val="auto"/>
                <w:sz w:val="17"/>
                <w:lang w:val="pl-PL"/>
              </w:rPr>
              <w:t>2) przekazania do dziekanatu podpisanych papierowych wersji recenzji wydrukowanych z systemu APD.</w:t>
            </w:r>
          </w:p>
        </w:tc>
        <w:tc>
          <w:tcPr>
            <w:tcW w:w="5499" w:type="dxa"/>
            <w:tcMar>
              <w:top w:w="90" w:type="dxa"/>
              <w:left w:w="115" w:type="dxa"/>
              <w:bottom w:w="90" w:type="dxa"/>
              <w:right w:w="115" w:type="dxa"/>
            </w:tcMar>
            <w:vAlign w:val="center"/>
          </w:tcPr>
          <w:p w14:paraId="0878DC08" w14:textId="540DE71C" w:rsidR="00EB7BED" w:rsidRPr="008457DC" w:rsidRDefault="00EB7BED" w:rsidP="00EB7BED">
            <w:pPr>
              <w:spacing w:line="240" w:lineRule="auto"/>
              <w:rPr>
                <w:rFonts w:asciiTheme="majorHAnsi" w:hAnsiTheme="majorHAnsi" w:cstheme="majorHAnsi"/>
                <w:color w:val="auto"/>
                <w:lang w:val="pl-PL"/>
              </w:rPr>
            </w:pPr>
            <w:r w:rsidRPr="008457DC">
              <w:rPr>
                <w:rFonts w:asciiTheme="majorHAnsi" w:hAnsiTheme="majorHAnsi" w:cstheme="majorHAnsi"/>
                <w:color w:val="auto"/>
                <w:sz w:val="17"/>
                <w:lang w:val="pl-PL"/>
              </w:rPr>
              <w:t>w terminie 3 dni przed terminem egzaminu dyplomowego</w:t>
            </w:r>
          </w:p>
        </w:tc>
      </w:tr>
      <w:tr w:rsidR="00EB7BED" w:rsidRPr="00424337" w14:paraId="4170C7E7" w14:textId="77777777" w:rsidTr="008457DC">
        <w:trPr>
          <w:cantSplit/>
          <w:jc w:val="center"/>
        </w:trPr>
        <w:tc>
          <w:tcPr>
            <w:tcW w:w="9638" w:type="dxa"/>
            <w:shd w:val="clear" w:color="auto" w:fill="auto"/>
            <w:tcMar>
              <w:top w:w="90" w:type="dxa"/>
              <w:left w:w="115" w:type="dxa"/>
              <w:bottom w:w="90" w:type="dxa"/>
              <w:right w:w="115" w:type="dxa"/>
            </w:tcMar>
            <w:vAlign w:val="center"/>
          </w:tcPr>
          <w:p w14:paraId="03BF753C" w14:textId="77777777" w:rsidR="00EB7BED" w:rsidRPr="008457DC" w:rsidRDefault="00EB7BED" w:rsidP="00EB7BED">
            <w:pPr>
              <w:spacing w:line="240" w:lineRule="auto"/>
              <w:rPr>
                <w:rFonts w:asciiTheme="majorHAnsi" w:hAnsiTheme="majorHAnsi" w:cstheme="majorHAnsi"/>
                <w:color w:val="auto"/>
                <w:lang w:val="pl-PL"/>
              </w:rPr>
            </w:pPr>
            <w:r w:rsidRPr="008457DC">
              <w:rPr>
                <w:rFonts w:asciiTheme="majorHAnsi" w:hAnsiTheme="majorHAnsi" w:cstheme="majorHAnsi"/>
                <w:color w:val="auto"/>
                <w:sz w:val="17"/>
                <w:lang w:val="pl-PL"/>
              </w:rPr>
              <w:t>Opiniują podania studentów dotyczące przedłużenia terminu składania pracy dyplomowej</w:t>
            </w:r>
          </w:p>
        </w:tc>
        <w:tc>
          <w:tcPr>
            <w:tcW w:w="5499" w:type="dxa"/>
            <w:shd w:val="clear" w:color="auto" w:fill="auto"/>
            <w:tcMar>
              <w:top w:w="90" w:type="dxa"/>
              <w:left w:w="115" w:type="dxa"/>
              <w:bottom w:w="90" w:type="dxa"/>
              <w:right w:w="115" w:type="dxa"/>
            </w:tcMar>
            <w:vAlign w:val="center"/>
          </w:tcPr>
          <w:p w14:paraId="63013C3C" w14:textId="77777777" w:rsidR="00EB7BED" w:rsidRPr="008457DC" w:rsidRDefault="00EB7BED" w:rsidP="00EB7BED">
            <w:pPr>
              <w:spacing w:line="240" w:lineRule="auto"/>
              <w:rPr>
                <w:rFonts w:asciiTheme="majorHAnsi" w:hAnsiTheme="majorHAnsi" w:cstheme="majorHAnsi"/>
                <w:color w:val="auto"/>
                <w:lang w:val="pl-PL"/>
              </w:rPr>
            </w:pPr>
            <w:r w:rsidRPr="008457DC">
              <w:rPr>
                <w:rFonts w:asciiTheme="majorHAnsi" w:hAnsiTheme="majorHAnsi" w:cstheme="majorHAnsi"/>
                <w:color w:val="auto"/>
                <w:sz w:val="17"/>
                <w:lang w:val="pl-PL"/>
              </w:rPr>
              <w:t>przed złożeniem podania przez studenta w Biurze Obsługi Studentów</w:t>
            </w:r>
          </w:p>
        </w:tc>
      </w:tr>
      <w:tr w:rsidR="00EB7BED" w:rsidRPr="00424337" w14:paraId="5CD867EC" w14:textId="77777777" w:rsidTr="008457DC">
        <w:trPr>
          <w:cantSplit/>
          <w:jc w:val="center"/>
        </w:trPr>
        <w:tc>
          <w:tcPr>
            <w:tcW w:w="9638" w:type="dxa"/>
            <w:tcMar>
              <w:top w:w="90" w:type="dxa"/>
              <w:left w:w="115" w:type="dxa"/>
              <w:bottom w:w="90" w:type="dxa"/>
              <w:right w:w="115" w:type="dxa"/>
            </w:tcMar>
            <w:vAlign w:val="center"/>
          </w:tcPr>
          <w:p w14:paraId="1EB1B74C" w14:textId="77777777" w:rsidR="00EB7BED" w:rsidRPr="008457DC" w:rsidRDefault="00EB7BED" w:rsidP="00EB7BED">
            <w:pPr>
              <w:spacing w:line="240" w:lineRule="auto"/>
              <w:rPr>
                <w:rFonts w:asciiTheme="majorHAnsi" w:hAnsiTheme="majorHAnsi" w:cstheme="majorHAnsi"/>
                <w:color w:val="auto"/>
                <w:lang w:val="pl-PL"/>
              </w:rPr>
            </w:pPr>
            <w:r w:rsidRPr="008457DC">
              <w:rPr>
                <w:rFonts w:asciiTheme="majorHAnsi" w:hAnsiTheme="majorHAnsi" w:cstheme="majorHAnsi"/>
                <w:color w:val="auto"/>
                <w:sz w:val="17"/>
                <w:lang w:val="pl-PL"/>
              </w:rPr>
              <w:t>Składają wniosek do Dyrektora Kolegium o przeprowadzenie otwartego egzaminu dyplomowego po uzgodnieniu ze Studentem</w:t>
            </w:r>
          </w:p>
        </w:tc>
        <w:tc>
          <w:tcPr>
            <w:tcW w:w="5499" w:type="dxa"/>
            <w:tcMar>
              <w:top w:w="90" w:type="dxa"/>
              <w:left w:w="115" w:type="dxa"/>
              <w:bottom w:w="90" w:type="dxa"/>
              <w:right w:w="115" w:type="dxa"/>
            </w:tcMar>
            <w:vAlign w:val="center"/>
          </w:tcPr>
          <w:p w14:paraId="22D191F0" w14:textId="77777777" w:rsidR="00EB7BED" w:rsidRPr="008457DC" w:rsidRDefault="00EB7BED" w:rsidP="00EB7BED">
            <w:pPr>
              <w:spacing w:line="240" w:lineRule="auto"/>
              <w:rPr>
                <w:rFonts w:asciiTheme="majorHAnsi" w:hAnsiTheme="majorHAnsi" w:cstheme="majorHAnsi"/>
                <w:color w:val="auto"/>
                <w:lang w:val="pl-PL"/>
              </w:rPr>
            </w:pPr>
            <w:r w:rsidRPr="008457DC">
              <w:rPr>
                <w:rFonts w:asciiTheme="majorHAnsi" w:hAnsiTheme="majorHAnsi" w:cstheme="majorHAnsi"/>
                <w:color w:val="auto"/>
                <w:sz w:val="17"/>
                <w:lang w:val="pl-PL"/>
              </w:rPr>
              <w:t>nie później niż na 3 tygodnie przed przewidywanym terminem egzaminu dyplomowego</w:t>
            </w:r>
          </w:p>
        </w:tc>
      </w:tr>
      <w:tr w:rsidR="00EB7BED" w:rsidRPr="008457DC" w14:paraId="27EFA5A0" w14:textId="77777777" w:rsidTr="008457DC">
        <w:trPr>
          <w:cantSplit/>
          <w:jc w:val="center"/>
        </w:trPr>
        <w:tc>
          <w:tcPr>
            <w:tcW w:w="15137" w:type="dxa"/>
            <w:gridSpan w:val="2"/>
            <w:shd w:val="clear" w:color="auto" w:fill="D9D9D9" w:themeFill="background1" w:themeFillShade="D9"/>
            <w:tcMar>
              <w:top w:w="90" w:type="dxa"/>
              <w:left w:w="115" w:type="dxa"/>
              <w:bottom w:w="90" w:type="dxa"/>
              <w:right w:w="115" w:type="dxa"/>
            </w:tcMar>
            <w:vAlign w:val="center"/>
          </w:tcPr>
          <w:p w14:paraId="7517AA5D" w14:textId="6C694FDE" w:rsidR="00EB7BED" w:rsidRPr="008457DC" w:rsidRDefault="00EB7BED" w:rsidP="00EB7BED">
            <w:pPr>
              <w:spacing w:line="240" w:lineRule="auto"/>
              <w:rPr>
                <w:rFonts w:asciiTheme="majorHAnsi" w:hAnsiTheme="majorHAnsi" w:cstheme="majorHAnsi"/>
                <w:color w:val="auto"/>
                <w:lang w:val="pl-PL"/>
              </w:rPr>
            </w:pPr>
            <w:r w:rsidRPr="008457DC">
              <w:rPr>
                <w:rFonts w:asciiTheme="majorHAnsi" w:hAnsiTheme="majorHAnsi" w:cstheme="majorHAnsi"/>
                <w:b/>
                <w:color w:val="auto"/>
                <w:lang w:val="pl-PL"/>
              </w:rPr>
              <w:t>Studenci</w:t>
            </w:r>
            <w:r>
              <w:rPr>
                <w:rFonts w:asciiTheme="majorHAnsi" w:hAnsiTheme="majorHAnsi" w:cstheme="majorHAnsi"/>
                <w:b/>
                <w:color w:val="auto"/>
                <w:lang w:val="pl-PL"/>
              </w:rPr>
              <w:t xml:space="preserve"> studiów stacjonarnych</w:t>
            </w:r>
          </w:p>
        </w:tc>
      </w:tr>
      <w:tr w:rsidR="00EB7BED" w:rsidRPr="00424337" w14:paraId="2CCD7FDE" w14:textId="77777777" w:rsidTr="008457DC">
        <w:trPr>
          <w:cantSplit/>
          <w:jc w:val="center"/>
        </w:trPr>
        <w:tc>
          <w:tcPr>
            <w:tcW w:w="9638" w:type="dxa"/>
            <w:shd w:val="clear" w:color="auto" w:fill="auto"/>
            <w:tcMar>
              <w:top w:w="90" w:type="dxa"/>
              <w:left w:w="115" w:type="dxa"/>
              <w:bottom w:w="90" w:type="dxa"/>
              <w:right w:w="115" w:type="dxa"/>
            </w:tcMar>
            <w:vAlign w:val="center"/>
          </w:tcPr>
          <w:p w14:paraId="2FB1BE12" w14:textId="77777777" w:rsidR="00EB7BED" w:rsidRPr="008457DC" w:rsidRDefault="00EB7BED" w:rsidP="00EB7BED">
            <w:pPr>
              <w:spacing w:line="240" w:lineRule="auto"/>
              <w:rPr>
                <w:rFonts w:asciiTheme="majorHAnsi" w:hAnsiTheme="majorHAnsi" w:cstheme="majorHAnsi"/>
                <w:color w:val="auto"/>
                <w:lang w:val="pl-PL"/>
              </w:rPr>
            </w:pPr>
            <w:r w:rsidRPr="008457DC">
              <w:rPr>
                <w:rFonts w:asciiTheme="majorHAnsi" w:hAnsiTheme="majorHAnsi" w:cstheme="majorHAnsi"/>
                <w:color w:val="auto"/>
                <w:sz w:val="17"/>
                <w:lang w:val="pl-PL"/>
              </w:rPr>
              <w:t>Dokonują wyboru Promotora pracy dyplomowej</w:t>
            </w:r>
          </w:p>
        </w:tc>
        <w:tc>
          <w:tcPr>
            <w:tcW w:w="5499" w:type="dxa"/>
            <w:shd w:val="clear" w:color="auto" w:fill="auto"/>
            <w:tcMar>
              <w:top w:w="90" w:type="dxa"/>
              <w:left w:w="115" w:type="dxa"/>
              <w:bottom w:w="90" w:type="dxa"/>
              <w:right w:w="115" w:type="dxa"/>
            </w:tcMar>
            <w:vAlign w:val="center"/>
          </w:tcPr>
          <w:p w14:paraId="50D5954D" w14:textId="7D6C1E37" w:rsidR="00EB7BED" w:rsidRPr="008457DC" w:rsidRDefault="00EB7BED" w:rsidP="00EB7BED">
            <w:pPr>
              <w:spacing w:line="240" w:lineRule="auto"/>
              <w:rPr>
                <w:rFonts w:asciiTheme="majorHAnsi" w:hAnsiTheme="majorHAnsi" w:cstheme="majorHAnsi"/>
                <w:color w:val="auto"/>
                <w:lang w:val="pl-PL"/>
              </w:rPr>
            </w:pPr>
            <w:r>
              <w:rPr>
                <w:rFonts w:asciiTheme="majorHAnsi" w:hAnsiTheme="majorHAnsi" w:cstheme="majorHAnsi"/>
                <w:color w:val="auto"/>
                <w:sz w:val="17"/>
                <w:lang w:val="pl-PL"/>
              </w:rPr>
              <w:t>przed zakończeniem semestru</w:t>
            </w:r>
            <w:r w:rsidRPr="008457DC">
              <w:rPr>
                <w:rFonts w:asciiTheme="majorHAnsi" w:hAnsiTheme="majorHAnsi" w:cstheme="majorHAnsi"/>
                <w:color w:val="auto"/>
                <w:sz w:val="17"/>
                <w:lang w:val="pl-PL"/>
              </w:rPr>
              <w:t xml:space="preserve"> poprzedzającego semestr, w którym zaplanowane jest seminarium</w:t>
            </w:r>
          </w:p>
        </w:tc>
      </w:tr>
      <w:tr w:rsidR="00EB7BED" w:rsidRPr="00424337" w14:paraId="3115E64F" w14:textId="77777777" w:rsidTr="008457DC">
        <w:trPr>
          <w:cantSplit/>
          <w:jc w:val="center"/>
        </w:trPr>
        <w:tc>
          <w:tcPr>
            <w:tcW w:w="9638" w:type="dxa"/>
            <w:tcMar>
              <w:top w:w="90" w:type="dxa"/>
              <w:left w:w="115" w:type="dxa"/>
              <w:bottom w:w="90" w:type="dxa"/>
              <w:right w:w="115" w:type="dxa"/>
            </w:tcMar>
            <w:vAlign w:val="center"/>
          </w:tcPr>
          <w:p w14:paraId="62AF39C5" w14:textId="77777777" w:rsidR="00EB7BED" w:rsidRPr="008457DC" w:rsidRDefault="00EB7BED" w:rsidP="00EB7BED">
            <w:pPr>
              <w:spacing w:line="240" w:lineRule="auto"/>
              <w:rPr>
                <w:rFonts w:asciiTheme="majorHAnsi" w:hAnsiTheme="majorHAnsi" w:cstheme="majorHAnsi"/>
                <w:color w:val="auto"/>
                <w:lang w:val="pl-PL"/>
              </w:rPr>
            </w:pPr>
            <w:r w:rsidRPr="008457DC">
              <w:rPr>
                <w:rFonts w:asciiTheme="majorHAnsi" w:hAnsiTheme="majorHAnsi" w:cstheme="majorHAnsi"/>
                <w:color w:val="auto"/>
                <w:sz w:val="17"/>
                <w:lang w:val="pl-PL"/>
              </w:rPr>
              <w:t>Dokonują wyboru tematu pracy dyplomowej po uzgodnieniu z Promotorem</w:t>
            </w:r>
          </w:p>
        </w:tc>
        <w:tc>
          <w:tcPr>
            <w:tcW w:w="5499" w:type="dxa"/>
            <w:tcMar>
              <w:top w:w="90" w:type="dxa"/>
              <w:left w:w="115" w:type="dxa"/>
              <w:bottom w:w="90" w:type="dxa"/>
              <w:right w:w="115" w:type="dxa"/>
            </w:tcMar>
            <w:vAlign w:val="center"/>
          </w:tcPr>
          <w:p w14:paraId="23B6A648" w14:textId="0F29E278" w:rsidR="00EB7BED" w:rsidRPr="008457DC" w:rsidRDefault="00EB7BED" w:rsidP="00EB7BED">
            <w:pPr>
              <w:spacing w:after="40" w:line="240" w:lineRule="auto"/>
              <w:rPr>
                <w:rFonts w:asciiTheme="majorHAnsi" w:hAnsiTheme="majorHAnsi" w:cstheme="majorHAnsi"/>
                <w:color w:val="auto"/>
                <w:lang w:val="pl-PL"/>
              </w:rPr>
            </w:pPr>
            <w:r>
              <w:rPr>
                <w:rFonts w:asciiTheme="majorHAnsi" w:hAnsiTheme="majorHAnsi" w:cstheme="majorHAnsi"/>
                <w:color w:val="auto"/>
                <w:sz w:val="17"/>
                <w:lang w:val="pl-PL"/>
              </w:rPr>
              <w:t>n</w:t>
            </w:r>
            <w:r w:rsidRPr="008457DC">
              <w:rPr>
                <w:rFonts w:asciiTheme="majorHAnsi" w:hAnsiTheme="majorHAnsi" w:cstheme="majorHAnsi"/>
                <w:color w:val="auto"/>
                <w:sz w:val="17"/>
                <w:lang w:val="pl-PL"/>
              </w:rPr>
              <w:t>a studiach pierwszego stopnia i na studiach drugiego stopnia</w:t>
            </w:r>
            <w:r>
              <w:rPr>
                <w:rFonts w:asciiTheme="majorHAnsi" w:hAnsiTheme="majorHAnsi" w:cstheme="majorHAnsi"/>
                <w:color w:val="auto"/>
                <w:sz w:val="17"/>
                <w:lang w:val="pl-PL"/>
              </w:rPr>
              <w:t>,</w:t>
            </w:r>
            <w:r w:rsidRPr="008457DC">
              <w:rPr>
                <w:rFonts w:asciiTheme="majorHAnsi" w:hAnsiTheme="majorHAnsi" w:cstheme="majorHAnsi"/>
                <w:color w:val="auto"/>
                <w:sz w:val="17"/>
                <w:lang w:val="pl-PL"/>
              </w:rPr>
              <w:t xml:space="preserve"> nie później niż na dwa semestry pr</w:t>
            </w:r>
            <w:r>
              <w:rPr>
                <w:rFonts w:asciiTheme="majorHAnsi" w:hAnsiTheme="majorHAnsi" w:cstheme="majorHAnsi"/>
                <w:color w:val="auto"/>
                <w:sz w:val="17"/>
                <w:lang w:val="pl-PL"/>
              </w:rPr>
              <w:t>zed terminem ukończenia studiów</w:t>
            </w:r>
          </w:p>
        </w:tc>
      </w:tr>
      <w:tr w:rsidR="00EB7BED" w:rsidRPr="008457DC" w14:paraId="57564DF3" w14:textId="77777777" w:rsidTr="008457DC">
        <w:trPr>
          <w:cantSplit/>
          <w:jc w:val="center"/>
        </w:trPr>
        <w:tc>
          <w:tcPr>
            <w:tcW w:w="9638" w:type="dxa"/>
            <w:shd w:val="clear" w:color="auto" w:fill="auto"/>
            <w:tcMar>
              <w:top w:w="90" w:type="dxa"/>
              <w:left w:w="115" w:type="dxa"/>
              <w:bottom w:w="90" w:type="dxa"/>
              <w:right w:w="115" w:type="dxa"/>
            </w:tcMar>
            <w:vAlign w:val="center"/>
          </w:tcPr>
          <w:p w14:paraId="3031297C" w14:textId="77777777" w:rsidR="00EB7BED" w:rsidRPr="008457DC" w:rsidRDefault="00EB7BED" w:rsidP="00EB7BED">
            <w:pPr>
              <w:spacing w:line="240" w:lineRule="auto"/>
              <w:rPr>
                <w:rFonts w:asciiTheme="majorHAnsi" w:hAnsiTheme="majorHAnsi" w:cstheme="majorHAnsi"/>
                <w:color w:val="auto"/>
                <w:lang w:val="pl-PL"/>
              </w:rPr>
            </w:pPr>
            <w:r w:rsidRPr="008457DC">
              <w:rPr>
                <w:rFonts w:asciiTheme="majorHAnsi" w:hAnsiTheme="majorHAnsi" w:cstheme="majorHAnsi"/>
                <w:color w:val="auto"/>
                <w:sz w:val="17"/>
                <w:lang w:val="pl-PL"/>
              </w:rPr>
              <w:t>Przygotowują pod kierunkiem Promotora i przy jego wsparciu pracę dyplomową</w:t>
            </w:r>
          </w:p>
        </w:tc>
        <w:tc>
          <w:tcPr>
            <w:tcW w:w="5499" w:type="dxa"/>
            <w:shd w:val="clear" w:color="auto" w:fill="auto"/>
            <w:tcMar>
              <w:top w:w="90" w:type="dxa"/>
              <w:left w:w="115" w:type="dxa"/>
              <w:bottom w:w="90" w:type="dxa"/>
              <w:right w:w="115" w:type="dxa"/>
            </w:tcMar>
            <w:vAlign w:val="center"/>
          </w:tcPr>
          <w:p w14:paraId="69114A25" w14:textId="77777777" w:rsidR="00EB7BED" w:rsidRPr="008457DC" w:rsidRDefault="00EB7BED" w:rsidP="00EB7BED">
            <w:pPr>
              <w:spacing w:line="240" w:lineRule="auto"/>
              <w:rPr>
                <w:rFonts w:asciiTheme="majorHAnsi" w:hAnsiTheme="majorHAnsi" w:cstheme="majorHAnsi"/>
                <w:color w:val="auto"/>
                <w:lang w:val="pl-PL"/>
              </w:rPr>
            </w:pPr>
            <w:r w:rsidRPr="008457DC">
              <w:rPr>
                <w:rFonts w:asciiTheme="majorHAnsi" w:hAnsiTheme="majorHAnsi" w:cstheme="majorHAnsi"/>
                <w:color w:val="auto"/>
                <w:sz w:val="17"/>
                <w:lang w:val="pl-PL"/>
              </w:rPr>
              <w:t>do końca ostatniego semestru</w:t>
            </w:r>
          </w:p>
        </w:tc>
      </w:tr>
      <w:tr w:rsidR="00EB7BED" w:rsidRPr="00424337" w14:paraId="386CC20E" w14:textId="77777777" w:rsidTr="008457DC">
        <w:trPr>
          <w:cantSplit/>
          <w:jc w:val="center"/>
        </w:trPr>
        <w:tc>
          <w:tcPr>
            <w:tcW w:w="9638" w:type="dxa"/>
            <w:tcMar>
              <w:top w:w="90" w:type="dxa"/>
              <w:left w:w="115" w:type="dxa"/>
              <w:bottom w:w="90" w:type="dxa"/>
              <w:right w:w="115" w:type="dxa"/>
            </w:tcMar>
            <w:vAlign w:val="center"/>
          </w:tcPr>
          <w:p w14:paraId="24F93B52" w14:textId="77777777" w:rsidR="00EB7BED" w:rsidRPr="008457DC" w:rsidRDefault="00EB7BED" w:rsidP="00EB7BED">
            <w:pPr>
              <w:spacing w:line="240" w:lineRule="auto"/>
              <w:rPr>
                <w:rFonts w:asciiTheme="majorHAnsi" w:hAnsiTheme="majorHAnsi" w:cstheme="majorHAnsi"/>
                <w:color w:val="auto"/>
                <w:lang w:val="pl-PL"/>
              </w:rPr>
            </w:pPr>
            <w:r w:rsidRPr="008457DC">
              <w:rPr>
                <w:rFonts w:asciiTheme="majorHAnsi" w:hAnsiTheme="majorHAnsi" w:cstheme="majorHAnsi"/>
                <w:color w:val="auto"/>
                <w:sz w:val="17"/>
                <w:lang w:val="pl-PL"/>
              </w:rPr>
              <w:t>Rejestrują pracę dyplomową w Biurze Obsługi Studentów</w:t>
            </w:r>
          </w:p>
        </w:tc>
        <w:tc>
          <w:tcPr>
            <w:tcW w:w="5499" w:type="dxa"/>
            <w:tcMar>
              <w:top w:w="90" w:type="dxa"/>
              <w:left w:w="115" w:type="dxa"/>
              <w:bottom w:w="90" w:type="dxa"/>
              <w:right w:w="115" w:type="dxa"/>
            </w:tcMar>
            <w:vAlign w:val="center"/>
          </w:tcPr>
          <w:p w14:paraId="08657CAE" w14:textId="77777777" w:rsidR="00EB7BED" w:rsidRPr="008457DC" w:rsidRDefault="00EB7BED" w:rsidP="00EB7BED">
            <w:pPr>
              <w:spacing w:line="240" w:lineRule="auto"/>
              <w:rPr>
                <w:rFonts w:asciiTheme="majorHAnsi" w:hAnsiTheme="majorHAnsi" w:cstheme="majorHAnsi"/>
                <w:color w:val="auto"/>
                <w:lang w:val="pl-PL"/>
              </w:rPr>
            </w:pPr>
            <w:r w:rsidRPr="008457DC">
              <w:rPr>
                <w:rFonts w:asciiTheme="majorHAnsi" w:hAnsiTheme="majorHAnsi" w:cstheme="majorHAnsi"/>
                <w:color w:val="auto"/>
                <w:sz w:val="17"/>
                <w:lang w:val="pl-PL"/>
              </w:rPr>
              <w:t>nie później niż 21 dni przed terminem egzaminu dyplomowego</w:t>
            </w:r>
          </w:p>
        </w:tc>
      </w:tr>
      <w:tr w:rsidR="00EB7BED" w:rsidRPr="00424337" w14:paraId="3B6E7D03" w14:textId="77777777" w:rsidTr="008457DC">
        <w:trPr>
          <w:cantSplit/>
          <w:jc w:val="center"/>
        </w:trPr>
        <w:tc>
          <w:tcPr>
            <w:tcW w:w="9638" w:type="dxa"/>
            <w:shd w:val="clear" w:color="auto" w:fill="auto"/>
            <w:tcMar>
              <w:top w:w="90" w:type="dxa"/>
              <w:left w:w="115" w:type="dxa"/>
              <w:bottom w:w="90" w:type="dxa"/>
              <w:right w:w="115" w:type="dxa"/>
            </w:tcMar>
            <w:vAlign w:val="center"/>
          </w:tcPr>
          <w:p w14:paraId="3F5D5852" w14:textId="77777777" w:rsidR="00EB7BED" w:rsidRPr="008457DC" w:rsidRDefault="00EB7BED" w:rsidP="00EB7BED">
            <w:pPr>
              <w:spacing w:after="40" w:line="240" w:lineRule="auto"/>
              <w:rPr>
                <w:rFonts w:asciiTheme="majorHAnsi" w:hAnsiTheme="majorHAnsi" w:cstheme="majorHAnsi"/>
                <w:color w:val="auto"/>
                <w:lang w:val="pl-PL"/>
              </w:rPr>
            </w:pPr>
            <w:r w:rsidRPr="008457DC">
              <w:rPr>
                <w:rFonts w:asciiTheme="majorHAnsi" w:hAnsiTheme="majorHAnsi" w:cstheme="majorHAnsi"/>
                <w:color w:val="auto"/>
                <w:sz w:val="17"/>
                <w:lang w:val="pl-PL"/>
              </w:rPr>
              <w:t>Zobowiązani są do:</w:t>
            </w:r>
          </w:p>
          <w:p w14:paraId="7B121555" w14:textId="77777777" w:rsidR="00EB7BED" w:rsidRPr="008457DC" w:rsidRDefault="00EB7BED" w:rsidP="00EB7BED">
            <w:pPr>
              <w:spacing w:before="40" w:after="40" w:line="240" w:lineRule="auto"/>
              <w:rPr>
                <w:rFonts w:asciiTheme="majorHAnsi" w:hAnsiTheme="majorHAnsi" w:cstheme="majorHAnsi"/>
                <w:color w:val="auto"/>
                <w:lang w:val="pl-PL"/>
              </w:rPr>
            </w:pPr>
            <w:r w:rsidRPr="008457DC">
              <w:rPr>
                <w:rFonts w:asciiTheme="majorHAnsi" w:hAnsiTheme="majorHAnsi" w:cstheme="majorHAnsi"/>
                <w:color w:val="auto"/>
                <w:sz w:val="17"/>
                <w:lang w:val="pl-PL"/>
              </w:rPr>
              <w:t>1) sprawdzenia w systemie APD tytułu pracy dyplomowej w języku polskim bądź w języku pracy i w języku polskim;</w:t>
            </w:r>
          </w:p>
          <w:p w14:paraId="7FC94C05" w14:textId="77777777" w:rsidR="00EB7BED" w:rsidRPr="008457DC" w:rsidRDefault="00EB7BED" w:rsidP="00EB7BED">
            <w:pPr>
              <w:spacing w:before="40" w:after="40" w:line="240" w:lineRule="auto"/>
              <w:rPr>
                <w:rFonts w:asciiTheme="majorHAnsi" w:hAnsiTheme="majorHAnsi" w:cstheme="majorHAnsi"/>
                <w:color w:val="auto"/>
                <w:lang w:val="pl-PL"/>
              </w:rPr>
            </w:pPr>
            <w:r w:rsidRPr="008457DC">
              <w:rPr>
                <w:rFonts w:asciiTheme="majorHAnsi" w:hAnsiTheme="majorHAnsi" w:cstheme="majorHAnsi"/>
                <w:color w:val="auto"/>
                <w:sz w:val="17"/>
                <w:lang w:val="pl-PL"/>
              </w:rPr>
              <w:t>2) wprowadzenia do systemu APD streszczenia pracy w języku polskim bądź w języku pracy i w języku polskim;</w:t>
            </w:r>
          </w:p>
          <w:p w14:paraId="68765C9E" w14:textId="77777777" w:rsidR="00EB7BED" w:rsidRPr="008457DC" w:rsidRDefault="00EB7BED" w:rsidP="00EB7BED">
            <w:pPr>
              <w:spacing w:before="40" w:after="40" w:line="240" w:lineRule="auto"/>
              <w:rPr>
                <w:rFonts w:asciiTheme="majorHAnsi" w:hAnsiTheme="majorHAnsi" w:cstheme="majorHAnsi"/>
                <w:color w:val="auto"/>
                <w:lang w:val="pl-PL"/>
              </w:rPr>
            </w:pPr>
            <w:r w:rsidRPr="008457DC">
              <w:rPr>
                <w:rFonts w:asciiTheme="majorHAnsi" w:hAnsiTheme="majorHAnsi" w:cstheme="majorHAnsi"/>
                <w:color w:val="auto"/>
                <w:sz w:val="17"/>
                <w:lang w:val="pl-PL"/>
              </w:rPr>
              <w:t>3) wprowadzenia do systemu APD słów kluczowych w języku polskim bądź w języku pracy i w języku polskim;</w:t>
            </w:r>
          </w:p>
          <w:p w14:paraId="1FCBFC88" w14:textId="77777777" w:rsidR="00EB7BED" w:rsidRPr="008457DC" w:rsidRDefault="00EB7BED" w:rsidP="00EB7BED">
            <w:pPr>
              <w:spacing w:before="40" w:after="40" w:line="240" w:lineRule="auto"/>
              <w:rPr>
                <w:rFonts w:asciiTheme="majorHAnsi" w:hAnsiTheme="majorHAnsi" w:cstheme="majorHAnsi"/>
                <w:color w:val="auto"/>
                <w:lang w:val="pl-PL"/>
              </w:rPr>
            </w:pPr>
            <w:r w:rsidRPr="008457DC">
              <w:rPr>
                <w:rFonts w:asciiTheme="majorHAnsi" w:hAnsiTheme="majorHAnsi" w:cstheme="majorHAnsi"/>
                <w:color w:val="auto"/>
                <w:sz w:val="17"/>
                <w:lang w:val="pl-PL"/>
              </w:rPr>
              <w:t>4) wprowadzenia do systemu APD wersji elektronicznej pracy dyplomowej zapisanej w całości w jednym pliku w formacie pliku PDF [w przypadku pracy dyplomowej zawierającej załączniki niebędące integralną częścią drukowanej pracy, należy je wprowadzić do systemu APD jako spakowane do jednego pliku archiwum (ZIP, RAR, 7Z)];</w:t>
            </w:r>
          </w:p>
          <w:p w14:paraId="6FA3ACCB" w14:textId="4615D7EF" w:rsidR="00EB7BED" w:rsidRPr="008457DC" w:rsidRDefault="00EB7BED" w:rsidP="00EB7BED">
            <w:pPr>
              <w:spacing w:before="40" w:line="240" w:lineRule="auto"/>
              <w:rPr>
                <w:rFonts w:asciiTheme="majorHAnsi" w:hAnsiTheme="majorHAnsi" w:cstheme="majorHAnsi"/>
                <w:color w:val="auto"/>
                <w:lang w:val="pl-PL"/>
              </w:rPr>
            </w:pPr>
            <w:r w:rsidRPr="008457DC">
              <w:rPr>
                <w:rFonts w:asciiTheme="majorHAnsi" w:hAnsiTheme="majorHAnsi" w:cstheme="majorHAnsi"/>
                <w:color w:val="auto"/>
                <w:sz w:val="17"/>
                <w:lang w:val="pl-PL"/>
              </w:rPr>
              <w:t xml:space="preserve">5) złożenia </w:t>
            </w:r>
            <w:r>
              <w:rPr>
                <w:rFonts w:asciiTheme="majorHAnsi" w:hAnsiTheme="majorHAnsi" w:cstheme="majorHAnsi"/>
                <w:color w:val="auto"/>
                <w:sz w:val="17"/>
                <w:lang w:val="pl-PL"/>
              </w:rPr>
              <w:t xml:space="preserve">wymaganych </w:t>
            </w:r>
            <w:r w:rsidRPr="008457DC">
              <w:rPr>
                <w:rFonts w:asciiTheme="majorHAnsi" w:hAnsiTheme="majorHAnsi" w:cstheme="majorHAnsi"/>
                <w:color w:val="auto"/>
                <w:sz w:val="17"/>
                <w:lang w:val="pl-PL"/>
              </w:rPr>
              <w:t>oświadcze</w:t>
            </w:r>
            <w:r>
              <w:rPr>
                <w:rFonts w:asciiTheme="majorHAnsi" w:hAnsiTheme="majorHAnsi" w:cstheme="majorHAnsi"/>
                <w:color w:val="auto"/>
                <w:sz w:val="17"/>
                <w:lang w:val="pl-PL"/>
              </w:rPr>
              <w:t>ń</w:t>
            </w:r>
            <w:r w:rsidRPr="008457DC">
              <w:rPr>
                <w:rFonts w:asciiTheme="majorHAnsi" w:hAnsiTheme="majorHAnsi" w:cstheme="majorHAnsi"/>
                <w:color w:val="auto"/>
                <w:sz w:val="17"/>
                <w:lang w:val="pl-PL"/>
              </w:rPr>
              <w:t>.</w:t>
            </w:r>
          </w:p>
        </w:tc>
        <w:tc>
          <w:tcPr>
            <w:tcW w:w="5499" w:type="dxa"/>
            <w:shd w:val="clear" w:color="auto" w:fill="auto"/>
            <w:tcMar>
              <w:top w:w="90" w:type="dxa"/>
              <w:left w:w="115" w:type="dxa"/>
              <w:bottom w:w="90" w:type="dxa"/>
              <w:right w:w="115" w:type="dxa"/>
            </w:tcMar>
            <w:vAlign w:val="center"/>
          </w:tcPr>
          <w:p w14:paraId="7528DB35" w14:textId="1CBC119B" w:rsidR="00EB7BED" w:rsidRPr="008457DC" w:rsidRDefault="00EB7BED" w:rsidP="00EB7BED">
            <w:pPr>
              <w:spacing w:line="240" w:lineRule="auto"/>
              <w:rPr>
                <w:rFonts w:asciiTheme="majorHAnsi" w:hAnsiTheme="majorHAnsi" w:cstheme="majorHAnsi"/>
                <w:color w:val="auto"/>
                <w:lang w:val="pl-PL"/>
              </w:rPr>
            </w:pPr>
            <w:r>
              <w:rPr>
                <w:rFonts w:asciiTheme="majorHAnsi" w:hAnsiTheme="majorHAnsi" w:cstheme="majorHAnsi"/>
                <w:color w:val="auto"/>
                <w:sz w:val="17"/>
                <w:lang w:val="pl-PL"/>
              </w:rPr>
              <w:t>n</w:t>
            </w:r>
            <w:r w:rsidRPr="008457DC">
              <w:rPr>
                <w:rFonts w:asciiTheme="majorHAnsi" w:hAnsiTheme="majorHAnsi" w:cstheme="majorHAnsi"/>
                <w:color w:val="auto"/>
                <w:sz w:val="17"/>
                <w:lang w:val="pl-PL"/>
              </w:rPr>
              <w:t>ajpóźniej w terminie trzech dni roboczych od złożenia przez studenta druku rejestracji pracy dyplomowej</w:t>
            </w:r>
          </w:p>
        </w:tc>
      </w:tr>
      <w:tr w:rsidR="00EB7BED" w:rsidRPr="00424337" w14:paraId="06B02674" w14:textId="77777777" w:rsidTr="008457DC">
        <w:trPr>
          <w:cantSplit/>
          <w:jc w:val="center"/>
        </w:trPr>
        <w:tc>
          <w:tcPr>
            <w:tcW w:w="9638" w:type="dxa"/>
            <w:tcMar>
              <w:top w:w="90" w:type="dxa"/>
              <w:left w:w="115" w:type="dxa"/>
              <w:bottom w:w="90" w:type="dxa"/>
              <w:right w:w="115" w:type="dxa"/>
            </w:tcMar>
            <w:vAlign w:val="center"/>
          </w:tcPr>
          <w:p w14:paraId="18BEA034" w14:textId="77777777" w:rsidR="00EB7BED" w:rsidRPr="008457DC" w:rsidRDefault="00EB7BED" w:rsidP="00EB7BED">
            <w:pPr>
              <w:spacing w:line="240" w:lineRule="auto"/>
              <w:rPr>
                <w:rFonts w:asciiTheme="majorHAnsi" w:hAnsiTheme="majorHAnsi" w:cstheme="majorHAnsi"/>
                <w:color w:val="auto"/>
                <w:lang w:val="pl-PL"/>
              </w:rPr>
            </w:pPr>
            <w:r w:rsidRPr="008457DC">
              <w:rPr>
                <w:rFonts w:asciiTheme="majorHAnsi" w:hAnsiTheme="majorHAnsi" w:cstheme="majorHAnsi"/>
                <w:color w:val="auto"/>
                <w:sz w:val="17"/>
                <w:lang w:val="pl-PL"/>
              </w:rPr>
              <w:t>Drukują pracę dyplomową z systemu APD po akceptacji w tym systemie przez promotora, tak by strony pracy dyplomowej wydrukowanej z systemu APD opatrzone były numerami kontrolnymi.</w:t>
            </w:r>
          </w:p>
        </w:tc>
        <w:tc>
          <w:tcPr>
            <w:tcW w:w="5499" w:type="dxa"/>
            <w:tcMar>
              <w:top w:w="90" w:type="dxa"/>
              <w:left w:w="115" w:type="dxa"/>
              <w:bottom w:w="90" w:type="dxa"/>
              <w:right w:w="115" w:type="dxa"/>
            </w:tcMar>
            <w:vAlign w:val="center"/>
          </w:tcPr>
          <w:p w14:paraId="6414A2A3" w14:textId="77777777" w:rsidR="00EB7BED" w:rsidRPr="008457DC" w:rsidRDefault="00EB7BED" w:rsidP="00EB7BED">
            <w:pPr>
              <w:spacing w:line="240" w:lineRule="auto"/>
              <w:rPr>
                <w:rFonts w:asciiTheme="majorHAnsi" w:hAnsiTheme="majorHAnsi" w:cstheme="majorHAnsi"/>
                <w:color w:val="auto"/>
                <w:lang w:val="pl-PL"/>
              </w:rPr>
            </w:pPr>
            <w:r w:rsidRPr="008457DC">
              <w:rPr>
                <w:rFonts w:asciiTheme="majorHAnsi" w:hAnsiTheme="majorHAnsi" w:cstheme="majorHAnsi"/>
                <w:color w:val="auto"/>
                <w:sz w:val="17"/>
                <w:lang w:val="pl-PL"/>
              </w:rPr>
              <w:t>niezwłocznie po zaakceptowaniu przez Promotora</w:t>
            </w:r>
          </w:p>
        </w:tc>
      </w:tr>
      <w:tr w:rsidR="00EB7BED" w:rsidRPr="00424337" w14:paraId="65715F79" w14:textId="77777777" w:rsidTr="008457DC">
        <w:trPr>
          <w:cantSplit/>
          <w:jc w:val="center"/>
        </w:trPr>
        <w:tc>
          <w:tcPr>
            <w:tcW w:w="9638" w:type="dxa"/>
            <w:shd w:val="clear" w:color="auto" w:fill="auto"/>
            <w:tcMar>
              <w:top w:w="90" w:type="dxa"/>
              <w:left w:w="115" w:type="dxa"/>
              <w:bottom w:w="90" w:type="dxa"/>
              <w:right w:w="115" w:type="dxa"/>
            </w:tcMar>
            <w:vAlign w:val="center"/>
          </w:tcPr>
          <w:p w14:paraId="2EBFDE73" w14:textId="77777777" w:rsidR="00EB7BED" w:rsidRPr="008457DC" w:rsidRDefault="00EB7BED" w:rsidP="00EB7BED">
            <w:pPr>
              <w:spacing w:line="240" w:lineRule="auto"/>
              <w:rPr>
                <w:rFonts w:asciiTheme="majorHAnsi" w:hAnsiTheme="majorHAnsi" w:cstheme="majorHAnsi"/>
                <w:color w:val="auto"/>
                <w:lang w:val="pl-PL"/>
              </w:rPr>
            </w:pPr>
            <w:r w:rsidRPr="008457DC">
              <w:rPr>
                <w:rFonts w:asciiTheme="majorHAnsi" w:hAnsiTheme="majorHAnsi" w:cstheme="majorHAnsi"/>
                <w:color w:val="auto"/>
                <w:sz w:val="17"/>
                <w:lang w:val="pl-PL"/>
              </w:rPr>
              <w:t>Składają w Biurze Obsługi Studentów 1 egzemplarz pracy dyplomowej w postaci papierowej w wersji z numerami kontrolnymi wydrukowanej z systemu APD.</w:t>
            </w:r>
          </w:p>
        </w:tc>
        <w:tc>
          <w:tcPr>
            <w:tcW w:w="5499" w:type="dxa"/>
            <w:shd w:val="clear" w:color="auto" w:fill="auto"/>
            <w:tcMar>
              <w:top w:w="90" w:type="dxa"/>
              <w:left w:w="115" w:type="dxa"/>
              <w:bottom w:w="90" w:type="dxa"/>
              <w:right w:w="115" w:type="dxa"/>
            </w:tcMar>
            <w:vAlign w:val="center"/>
          </w:tcPr>
          <w:p w14:paraId="11C59EFF" w14:textId="3798D7EB" w:rsidR="00EB7BED" w:rsidRPr="008457DC" w:rsidRDefault="00EB7BED" w:rsidP="00EB7BED">
            <w:pPr>
              <w:spacing w:line="240" w:lineRule="auto"/>
              <w:rPr>
                <w:rFonts w:asciiTheme="majorHAnsi" w:hAnsiTheme="majorHAnsi" w:cstheme="majorHAnsi"/>
                <w:color w:val="auto"/>
                <w:lang w:val="pl-PL"/>
              </w:rPr>
            </w:pPr>
            <w:r w:rsidRPr="008457DC">
              <w:rPr>
                <w:rFonts w:asciiTheme="majorHAnsi" w:hAnsiTheme="majorHAnsi" w:cstheme="majorHAnsi"/>
                <w:color w:val="auto"/>
                <w:sz w:val="17"/>
                <w:lang w:val="pl-PL"/>
              </w:rPr>
              <w:t>nie później niż 7 dni przed plan</w:t>
            </w:r>
            <w:r>
              <w:rPr>
                <w:rFonts w:asciiTheme="majorHAnsi" w:hAnsiTheme="majorHAnsi" w:cstheme="majorHAnsi"/>
                <w:color w:val="auto"/>
                <w:sz w:val="17"/>
                <w:lang w:val="pl-PL"/>
              </w:rPr>
              <w:t>owaną datą egzaminu dyplomowego</w:t>
            </w:r>
          </w:p>
        </w:tc>
      </w:tr>
      <w:tr w:rsidR="00EB7BED" w:rsidRPr="00424337" w14:paraId="5FFDADBB" w14:textId="77777777" w:rsidTr="008457DC">
        <w:trPr>
          <w:cantSplit/>
          <w:jc w:val="center"/>
        </w:trPr>
        <w:tc>
          <w:tcPr>
            <w:tcW w:w="9638" w:type="dxa"/>
            <w:tcMar>
              <w:top w:w="90" w:type="dxa"/>
              <w:left w:w="115" w:type="dxa"/>
              <w:bottom w:w="90" w:type="dxa"/>
              <w:right w:w="115" w:type="dxa"/>
            </w:tcMar>
            <w:vAlign w:val="center"/>
          </w:tcPr>
          <w:p w14:paraId="49687FB2" w14:textId="77777777" w:rsidR="00EB7BED" w:rsidRPr="008457DC" w:rsidRDefault="00EB7BED" w:rsidP="00EB7BED">
            <w:pPr>
              <w:spacing w:line="240" w:lineRule="auto"/>
              <w:rPr>
                <w:rFonts w:asciiTheme="majorHAnsi" w:hAnsiTheme="majorHAnsi" w:cstheme="majorHAnsi"/>
                <w:color w:val="auto"/>
                <w:lang w:val="pl-PL"/>
              </w:rPr>
            </w:pPr>
            <w:r w:rsidRPr="008457DC">
              <w:rPr>
                <w:rFonts w:asciiTheme="majorHAnsi" w:hAnsiTheme="majorHAnsi" w:cstheme="majorHAnsi"/>
                <w:color w:val="auto"/>
                <w:sz w:val="17"/>
                <w:lang w:val="pl-PL"/>
              </w:rPr>
              <w:t>Składają w Biurze Obsługi Studenta wszystkie wymagane do zakończenia studiów dokumenty</w:t>
            </w:r>
          </w:p>
        </w:tc>
        <w:tc>
          <w:tcPr>
            <w:tcW w:w="5499" w:type="dxa"/>
            <w:tcMar>
              <w:top w:w="90" w:type="dxa"/>
              <w:left w:w="115" w:type="dxa"/>
              <w:bottom w:w="90" w:type="dxa"/>
              <w:right w:w="115" w:type="dxa"/>
            </w:tcMar>
            <w:vAlign w:val="center"/>
          </w:tcPr>
          <w:p w14:paraId="48F7A83B" w14:textId="77777777" w:rsidR="00EB7BED" w:rsidRPr="008457DC" w:rsidRDefault="00EB7BED" w:rsidP="00EB7BED">
            <w:pPr>
              <w:spacing w:line="240" w:lineRule="auto"/>
              <w:rPr>
                <w:rFonts w:asciiTheme="majorHAnsi" w:hAnsiTheme="majorHAnsi" w:cstheme="majorHAnsi"/>
                <w:color w:val="auto"/>
                <w:lang w:val="pl-PL"/>
              </w:rPr>
            </w:pPr>
            <w:r w:rsidRPr="008457DC">
              <w:rPr>
                <w:rFonts w:asciiTheme="majorHAnsi" w:hAnsiTheme="majorHAnsi" w:cstheme="majorHAnsi"/>
                <w:color w:val="auto"/>
                <w:sz w:val="17"/>
                <w:lang w:val="pl-PL"/>
              </w:rPr>
              <w:t>bez zbędnej zwłoki po złożeniu pracy w Biurze Obsługi Studentów</w:t>
            </w:r>
          </w:p>
        </w:tc>
      </w:tr>
      <w:tr w:rsidR="00EB7BED" w:rsidRPr="00424337" w14:paraId="6FAA4ABD" w14:textId="77777777" w:rsidTr="008457DC">
        <w:trPr>
          <w:cantSplit/>
          <w:jc w:val="center"/>
        </w:trPr>
        <w:tc>
          <w:tcPr>
            <w:tcW w:w="9638" w:type="dxa"/>
            <w:shd w:val="clear" w:color="auto" w:fill="auto"/>
            <w:tcMar>
              <w:top w:w="90" w:type="dxa"/>
              <w:left w:w="115" w:type="dxa"/>
              <w:bottom w:w="90" w:type="dxa"/>
              <w:right w:w="115" w:type="dxa"/>
            </w:tcMar>
            <w:vAlign w:val="center"/>
          </w:tcPr>
          <w:p w14:paraId="21FED805" w14:textId="77777777" w:rsidR="00EB7BED" w:rsidRPr="008457DC" w:rsidRDefault="00EB7BED" w:rsidP="00EB7BED">
            <w:pPr>
              <w:spacing w:line="240" w:lineRule="auto"/>
              <w:rPr>
                <w:rFonts w:asciiTheme="majorHAnsi" w:hAnsiTheme="majorHAnsi" w:cstheme="majorHAnsi"/>
                <w:color w:val="auto"/>
                <w:lang w:val="pl-PL"/>
              </w:rPr>
            </w:pPr>
            <w:r w:rsidRPr="008457DC">
              <w:rPr>
                <w:rFonts w:asciiTheme="majorHAnsi" w:hAnsiTheme="majorHAnsi" w:cstheme="majorHAnsi"/>
                <w:color w:val="auto"/>
                <w:sz w:val="17"/>
                <w:lang w:val="pl-PL"/>
              </w:rPr>
              <w:t>Przystępują do egzaminu dyplomowego</w:t>
            </w:r>
          </w:p>
        </w:tc>
        <w:tc>
          <w:tcPr>
            <w:tcW w:w="5499" w:type="dxa"/>
            <w:shd w:val="clear" w:color="auto" w:fill="auto"/>
            <w:tcMar>
              <w:top w:w="90" w:type="dxa"/>
              <w:left w:w="115" w:type="dxa"/>
              <w:bottom w:w="90" w:type="dxa"/>
              <w:right w:w="115" w:type="dxa"/>
            </w:tcMar>
            <w:vAlign w:val="center"/>
          </w:tcPr>
          <w:p w14:paraId="48B1FFAC" w14:textId="54DE730E" w:rsidR="00EB7BED" w:rsidRPr="008457DC" w:rsidRDefault="00EB7BED" w:rsidP="00EB7BED">
            <w:pPr>
              <w:spacing w:line="240" w:lineRule="auto"/>
              <w:rPr>
                <w:rFonts w:asciiTheme="majorHAnsi" w:hAnsiTheme="majorHAnsi" w:cstheme="majorHAnsi"/>
                <w:color w:val="auto"/>
                <w:lang w:val="pl-PL"/>
              </w:rPr>
            </w:pPr>
            <w:r w:rsidRPr="008457DC">
              <w:rPr>
                <w:rFonts w:asciiTheme="majorHAnsi" w:hAnsiTheme="majorHAnsi" w:cstheme="majorHAnsi"/>
                <w:color w:val="auto"/>
                <w:sz w:val="17"/>
                <w:lang w:val="pl-PL"/>
              </w:rPr>
              <w:t xml:space="preserve">w terminie wyznaczonym przez właściwego Zastępcę ds. </w:t>
            </w:r>
            <w:r>
              <w:rPr>
                <w:rFonts w:asciiTheme="majorHAnsi" w:hAnsiTheme="majorHAnsi" w:cstheme="majorHAnsi"/>
                <w:color w:val="auto"/>
                <w:sz w:val="17"/>
                <w:lang w:val="pl-PL"/>
              </w:rPr>
              <w:t>K</w:t>
            </w:r>
            <w:r w:rsidRPr="008457DC">
              <w:rPr>
                <w:rFonts w:asciiTheme="majorHAnsi" w:hAnsiTheme="majorHAnsi" w:cstheme="majorHAnsi"/>
                <w:color w:val="auto"/>
                <w:sz w:val="17"/>
                <w:lang w:val="pl-PL"/>
              </w:rPr>
              <w:t>ształcenia po akceptacji Dyrektora Kolegium</w:t>
            </w:r>
          </w:p>
        </w:tc>
      </w:tr>
      <w:tr w:rsidR="00EB7BED" w:rsidRPr="00424337" w14:paraId="3108483E" w14:textId="77777777" w:rsidTr="008457DC">
        <w:trPr>
          <w:cantSplit/>
          <w:jc w:val="center"/>
        </w:trPr>
        <w:tc>
          <w:tcPr>
            <w:tcW w:w="9638" w:type="dxa"/>
            <w:tcMar>
              <w:top w:w="90" w:type="dxa"/>
              <w:left w:w="115" w:type="dxa"/>
              <w:bottom w:w="90" w:type="dxa"/>
              <w:right w:w="115" w:type="dxa"/>
            </w:tcMar>
            <w:vAlign w:val="center"/>
          </w:tcPr>
          <w:p w14:paraId="73022C05" w14:textId="77777777" w:rsidR="00EB7BED" w:rsidRPr="008457DC" w:rsidRDefault="00EB7BED" w:rsidP="00EB7BED">
            <w:pPr>
              <w:spacing w:line="240" w:lineRule="auto"/>
              <w:rPr>
                <w:rFonts w:asciiTheme="majorHAnsi" w:hAnsiTheme="majorHAnsi" w:cstheme="majorHAnsi"/>
                <w:color w:val="auto"/>
                <w:lang w:val="pl-PL"/>
              </w:rPr>
            </w:pPr>
            <w:r w:rsidRPr="008457DC">
              <w:rPr>
                <w:rFonts w:asciiTheme="majorHAnsi" w:hAnsiTheme="majorHAnsi" w:cstheme="majorHAnsi"/>
                <w:color w:val="auto"/>
                <w:sz w:val="17"/>
                <w:lang w:val="pl-PL"/>
              </w:rPr>
              <w:t>Składają podanie o przedłużenie terminu złożenia pracy dyplomowej do Dyrektora Kolegium wraz z opinią Promotora pracy</w:t>
            </w:r>
          </w:p>
        </w:tc>
        <w:tc>
          <w:tcPr>
            <w:tcW w:w="5499" w:type="dxa"/>
            <w:tcMar>
              <w:top w:w="90" w:type="dxa"/>
              <w:left w:w="115" w:type="dxa"/>
              <w:bottom w:w="90" w:type="dxa"/>
              <w:right w:w="115" w:type="dxa"/>
            </w:tcMar>
            <w:vAlign w:val="center"/>
          </w:tcPr>
          <w:p w14:paraId="5C070B75" w14:textId="77777777" w:rsidR="00EB7BED" w:rsidRPr="009467A5" w:rsidRDefault="00EB7BED" w:rsidP="00EB7BED">
            <w:pPr>
              <w:spacing w:line="240" w:lineRule="auto"/>
              <w:rPr>
                <w:rFonts w:asciiTheme="majorHAnsi" w:hAnsiTheme="majorHAnsi" w:cstheme="majorHAnsi"/>
                <w:color w:val="auto"/>
                <w:sz w:val="17"/>
                <w:lang w:val="pl-PL"/>
              </w:rPr>
            </w:pPr>
            <w:r w:rsidRPr="009467A5">
              <w:rPr>
                <w:rFonts w:asciiTheme="majorHAnsi" w:hAnsiTheme="majorHAnsi" w:cstheme="majorHAnsi"/>
                <w:color w:val="auto"/>
                <w:sz w:val="17"/>
                <w:lang w:val="pl-PL"/>
              </w:rPr>
              <w:t>najpóźniej do regulaminowego terminu złożenia pracy dyplomowej</w:t>
            </w:r>
          </w:p>
          <w:p w14:paraId="355FA34B" w14:textId="340B3C6D" w:rsidR="00865AF7" w:rsidRPr="009467A5" w:rsidRDefault="00865AF7" w:rsidP="00EB7BED">
            <w:pPr>
              <w:spacing w:line="240" w:lineRule="auto"/>
              <w:rPr>
                <w:rFonts w:asciiTheme="majorHAnsi" w:hAnsiTheme="majorHAnsi" w:cstheme="majorHAnsi"/>
                <w:color w:val="auto"/>
                <w:lang w:val="pl-PL"/>
              </w:rPr>
            </w:pPr>
          </w:p>
        </w:tc>
      </w:tr>
      <w:tr w:rsidR="00EB7BED" w:rsidRPr="008457DC" w14:paraId="4E2FFC59" w14:textId="77777777" w:rsidTr="008457DC">
        <w:trPr>
          <w:cantSplit/>
          <w:jc w:val="center"/>
        </w:trPr>
        <w:tc>
          <w:tcPr>
            <w:tcW w:w="9638" w:type="dxa"/>
            <w:tcMar>
              <w:top w:w="90" w:type="dxa"/>
              <w:left w:w="115" w:type="dxa"/>
              <w:bottom w:w="90" w:type="dxa"/>
              <w:right w:w="115" w:type="dxa"/>
            </w:tcMar>
            <w:vAlign w:val="center"/>
          </w:tcPr>
          <w:p w14:paraId="584549E0" w14:textId="77777777" w:rsidR="00EB7BED" w:rsidRPr="008457DC" w:rsidRDefault="00EB7BED" w:rsidP="00EB7BED">
            <w:pPr>
              <w:spacing w:line="240" w:lineRule="auto"/>
              <w:rPr>
                <w:rFonts w:asciiTheme="majorHAnsi" w:hAnsiTheme="majorHAnsi" w:cstheme="majorHAnsi"/>
                <w:color w:val="auto"/>
                <w:lang w:val="pl-PL"/>
              </w:rPr>
            </w:pPr>
            <w:r w:rsidRPr="008457DC">
              <w:rPr>
                <w:rFonts w:asciiTheme="majorHAnsi" w:hAnsiTheme="majorHAnsi" w:cstheme="majorHAnsi"/>
                <w:color w:val="auto"/>
                <w:sz w:val="17"/>
                <w:lang w:val="pl-PL"/>
              </w:rPr>
              <w:t>Składają wniosek o wydanie suplementu i/lub dyplomu w języku obcym</w:t>
            </w:r>
          </w:p>
        </w:tc>
        <w:tc>
          <w:tcPr>
            <w:tcW w:w="5499" w:type="dxa"/>
            <w:tcMar>
              <w:top w:w="90" w:type="dxa"/>
              <w:left w:w="115" w:type="dxa"/>
              <w:bottom w:w="90" w:type="dxa"/>
              <w:right w:w="115" w:type="dxa"/>
            </w:tcMar>
            <w:vAlign w:val="center"/>
          </w:tcPr>
          <w:p w14:paraId="753004AB" w14:textId="77777777" w:rsidR="00EB7BED" w:rsidRPr="008457DC" w:rsidRDefault="00EB7BED" w:rsidP="00EB7BED">
            <w:pPr>
              <w:spacing w:line="240" w:lineRule="auto"/>
              <w:rPr>
                <w:rFonts w:asciiTheme="majorHAnsi" w:hAnsiTheme="majorHAnsi" w:cstheme="majorHAnsi"/>
                <w:color w:val="auto"/>
                <w:lang w:val="pl-PL"/>
              </w:rPr>
            </w:pPr>
            <w:r w:rsidRPr="008457DC">
              <w:rPr>
                <w:rFonts w:asciiTheme="majorHAnsi" w:hAnsiTheme="majorHAnsi" w:cstheme="majorHAnsi"/>
                <w:color w:val="auto"/>
                <w:sz w:val="17"/>
                <w:lang w:val="pl-PL"/>
              </w:rPr>
              <w:t>do dnia ukończenia studiów</w:t>
            </w:r>
          </w:p>
        </w:tc>
      </w:tr>
      <w:tr w:rsidR="00EB7BED" w:rsidRPr="00424337" w14:paraId="5B491B13" w14:textId="77777777" w:rsidTr="008457DC">
        <w:trPr>
          <w:cantSplit/>
          <w:jc w:val="center"/>
        </w:trPr>
        <w:tc>
          <w:tcPr>
            <w:tcW w:w="9638" w:type="dxa"/>
            <w:tcMar>
              <w:top w:w="90" w:type="dxa"/>
              <w:left w:w="115" w:type="dxa"/>
              <w:bottom w:w="90" w:type="dxa"/>
              <w:right w:w="115" w:type="dxa"/>
            </w:tcMar>
            <w:vAlign w:val="center"/>
          </w:tcPr>
          <w:p w14:paraId="3D780F40" w14:textId="18DFDB0F" w:rsidR="00EB7BED" w:rsidRPr="008457DC" w:rsidRDefault="00EB7BED" w:rsidP="00EB7BED">
            <w:pPr>
              <w:spacing w:line="240" w:lineRule="auto"/>
              <w:rPr>
                <w:rFonts w:asciiTheme="majorHAnsi" w:hAnsiTheme="majorHAnsi" w:cstheme="majorHAnsi"/>
                <w:color w:val="auto"/>
                <w:sz w:val="17"/>
                <w:lang w:val="pl-PL"/>
              </w:rPr>
            </w:pPr>
            <w:r>
              <w:rPr>
                <w:rFonts w:asciiTheme="majorHAnsi" w:hAnsiTheme="majorHAnsi" w:cstheme="majorHAnsi"/>
                <w:color w:val="auto"/>
                <w:sz w:val="17"/>
                <w:lang w:val="pl-PL"/>
              </w:rPr>
              <w:t>Student ostatniego roku studiów I stopnia zobowiązany jest złożyć pracę dyplomową nie później niż:</w:t>
            </w:r>
          </w:p>
        </w:tc>
        <w:tc>
          <w:tcPr>
            <w:tcW w:w="5499" w:type="dxa"/>
            <w:tcMar>
              <w:top w:w="90" w:type="dxa"/>
              <w:left w:w="115" w:type="dxa"/>
              <w:bottom w:w="90" w:type="dxa"/>
              <w:right w:w="115" w:type="dxa"/>
            </w:tcMar>
            <w:vAlign w:val="center"/>
          </w:tcPr>
          <w:p w14:paraId="4CD163D9" w14:textId="6ADDBA18" w:rsidR="00EB7BED" w:rsidRDefault="00EB7BED" w:rsidP="00EB7BED">
            <w:pPr>
              <w:spacing w:line="240" w:lineRule="auto"/>
              <w:rPr>
                <w:rFonts w:asciiTheme="majorHAnsi" w:hAnsiTheme="majorHAnsi" w:cstheme="majorHAnsi"/>
                <w:color w:val="auto"/>
                <w:sz w:val="17"/>
                <w:lang w:val="pl-PL"/>
              </w:rPr>
            </w:pPr>
            <w:r>
              <w:rPr>
                <w:rFonts w:asciiTheme="majorHAnsi" w:hAnsiTheme="majorHAnsi" w:cstheme="majorHAnsi"/>
                <w:color w:val="auto"/>
                <w:sz w:val="17"/>
                <w:lang w:val="pl-PL"/>
              </w:rPr>
              <w:t xml:space="preserve">w przypadku studentów rekrutujących się na studia II stopnia </w:t>
            </w:r>
            <w:r w:rsidRPr="000D71AE">
              <w:rPr>
                <w:rFonts w:asciiTheme="majorHAnsi" w:hAnsiTheme="majorHAnsi" w:cstheme="majorHAnsi"/>
                <w:b/>
                <w:color w:val="auto"/>
                <w:sz w:val="17"/>
                <w:lang w:val="pl-PL"/>
              </w:rPr>
              <w:t xml:space="preserve">nie później niż do ostatniego dnia </w:t>
            </w:r>
            <w:r>
              <w:rPr>
                <w:rFonts w:asciiTheme="majorHAnsi" w:hAnsiTheme="majorHAnsi" w:cstheme="majorHAnsi"/>
                <w:b/>
                <w:color w:val="auto"/>
                <w:sz w:val="17"/>
                <w:lang w:val="pl-PL"/>
              </w:rPr>
              <w:t>rejestracji internetowej na te studia</w:t>
            </w:r>
            <w:r>
              <w:rPr>
                <w:rFonts w:asciiTheme="majorHAnsi" w:hAnsiTheme="majorHAnsi" w:cstheme="majorHAnsi"/>
                <w:color w:val="auto"/>
                <w:sz w:val="17"/>
                <w:lang w:val="pl-PL"/>
              </w:rPr>
              <w:t xml:space="preserve"> rozpoczynające się w semestrze letnim. (patrz harmonogram rekrutacji)</w:t>
            </w:r>
          </w:p>
          <w:p w14:paraId="4E9DF0DE" w14:textId="77777777" w:rsidR="00EB7BED" w:rsidRDefault="00EB7BED" w:rsidP="00EB7BED">
            <w:pPr>
              <w:spacing w:line="240" w:lineRule="auto"/>
              <w:rPr>
                <w:rFonts w:asciiTheme="majorHAnsi" w:hAnsiTheme="majorHAnsi" w:cstheme="majorHAnsi"/>
                <w:color w:val="auto"/>
                <w:sz w:val="17"/>
                <w:lang w:val="pl-PL"/>
              </w:rPr>
            </w:pPr>
          </w:p>
          <w:p w14:paraId="7A24D0BE" w14:textId="4B2F7FD2" w:rsidR="00EB7BED" w:rsidRDefault="00EB7BED" w:rsidP="00EB7BED">
            <w:pPr>
              <w:spacing w:line="240" w:lineRule="auto"/>
              <w:rPr>
                <w:rFonts w:asciiTheme="majorHAnsi" w:hAnsiTheme="majorHAnsi" w:cstheme="majorHAnsi"/>
                <w:color w:val="auto"/>
                <w:sz w:val="17"/>
                <w:lang w:val="pl-PL"/>
              </w:rPr>
            </w:pPr>
            <w:r>
              <w:rPr>
                <w:rFonts w:asciiTheme="majorHAnsi" w:hAnsiTheme="majorHAnsi" w:cstheme="majorHAnsi"/>
                <w:color w:val="auto"/>
                <w:sz w:val="17"/>
                <w:lang w:val="pl-PL"/>
              </w:rPr>
              <w:t>w przypadku studentów niekontynuujących nauki:</w:t>
            </w:r>
          </w:p>
          <w:p w14:paraId="56AD1067" w14:textId="5B5AB5DB" w:rsidR="00EB7BED" w:rsidRPr="001A4254" w:rsidRDefault="00EB7BED" w:rsidP="00EB7BED">
            <w:pPr>
              <w:pStyle w:val="Akapitzlist"/>
              <w:tabs>
                <w:tab w:val="left" w:pos="661"/>
              </w:tabs>
              <w:spacing w:line="240" w:lineRule="auto"/>
              <w:ind w:left="17"/>
              <w:rPr>
                <w:rFonts w:asciiTheme="majorHAnsi" w:hAnsiTheme="majorHAnsi" w:cstheme="majorHAnsi"/>
                <w:color w:val="auto"/>
                <w:sz w:val="17"/>
                <w:lang w:val="pl-PL"/>
              </w:rPr>
            </w:pPr>
            <w:r>
              <w:rPr>
                <w:rFonts w:asciiTheme="majorHAnsi" w:hAnsiTheme="majorHAnsi" w:cstheme="majorHAnsi"/>
                <w:b/>
                <w:color w:val="auto"/>
                <w:sz w:val="17"/>
                <w:lang w:val="pl-PL"/>
              </w:rPr>
              <w:t xml:space="preserve">- </w:t>
            </w:r>
            <w:r w:rsidRPr="001A4254">
              <w:rPr>
                <w:rFonts w:asciiTheme="majorHAnsi" w:hAnsiTheme="majorHAnsi" w:cstheme="majorHAnsi"/>
                <w:b/>
                <w:color w:val="auto"/>
                <w:sz w:val="17"/>
                <w:lang w:val="pl-PL"/>
              </w:rPr>
              <w:t>do 15 marca</w:t>
            </w:r>
            <w:r w:rsidRPr="001A4254">
              <w:rPr>
                <w:rFonts w:asciiTheme="majorHAnsi" w:hAnsiTheme="majorHAnsi" w:cstheme="majorHAnsi"/>
                <w:color w:val="auto"/>
                <w:sz w:val="17"/>
                <w:lang w:val="pl-PL"/>
              </w:rPr>
              <w:t xml:space="preserve"> dla studiów stacjonarnych jeżeli kończą się w semestrze zimowym</w:t>
            </w:r>
          </w:p>
          <w:p w14:paraId="41EDCFC9" w14:textId="1E0B85DD" w:rsidR="00EB7BED" w:rsidRPr="008457DC" w:rsidRDefault="00EB7BED" w:rsidP="00EB7BED">
            <w:pPr>
              <w:spacing w:line="240" w:lineRule="auto"/>
              <w:rPr>
                <w:rFonts w:asciiTheme="majorHAnsi" w:hAnsiTheme="majorHAnsi" w:cstheme="majorHAnsi"/>
                <w:color w:val="auto"/>
                <w:sz w:val="17"/>
                <w:lang w:val="pl-PL"/>
              </w:rPr>
            </w:pPr>
            <w:r>
              <w:rPr>
                <w:rFonts w:asciiTheme="majorHAnsi" w:hAnsiTheme="majorHAnsi" w:cstheme="majorHAnsi"/>
                <w:b/>
                <w:color w:val="auto"/>
                <w:sz w:val="17"/>
                <w:lang w:val="pl-PL"/>
              </w:rPr>
              <w:t xml:space="preserve">- </w:t>
            </w:r>
            <w:r w:rsidRPr="00B93B4B">
              <w:rPr>
                <w:rFonts w:asciiTheme="majorHAnsi" w:hAnsiTheme="majorHAnsi" w:cstheme="majorHAnsi"/>
                <w:b/>
                <w:color w:val="auto"/>
                <w:sz w:val="17"/>
                <w:lang w:val="pl-PL"/>
              </w:rPr>
              <w:t>do 30 czerwca</w:t>
            </w:r>
            <w:r>
              <w:rPr>
                <w:rFonts w:asciiTheme="majorHAnsi" w:hAnsiTheme="majorHAnsi" w:cstheme="majorHAnsi"/>
                <w:color w:val="auto"/>
                <w:sz w:val="17"/>
                <w:lang w:val="pl-PL"/>
              </w:rPr>
              <w:t xml:space="preserve"> dla studiów stacjonarnych jeżeli kończą się w semestrze letnim</w:t>
            </w:r>
          </w:p>
        </w:tc>
      </w:tr>
      <w:tr w:rsidR="00EB7BED" w:rsidRPr="00424337" w14:paraId="67D28412" w14:textId="77777777" w:rsidTr="008457DC">
        <w:trPr>
          <w:cantSplit/>
          <w:jc w:val="center"/>
        </w:trPr>
        <w:tc>
          <w:tcPr>
            <w:tcW w:w="9638" w:type="dxa"/>
            <w:tcMar>
              <w:top w:w="90" w:type="dxa"/>
              <w:left w:w="115" w:type="dxa"/>
              <w:bottom w:w="90" w:type="dxa"/>
              <w:right w:w="115" w:type="dxa"/>
            </w:tcMar>
            <w:vAlign w:val="center"/>
          </w:tcPr>
          <w:p w14:paraId="5329BC08" w14:textId="2BF80E82" w:rsidR="00EB7BED" w:rsidRDefault="00EB7BED" w:rsidP="00EB7BED">
            <w:pPr>
              <w:spacing w:line="240" w:lineRule="auto"/>
              <w:rPr>
                <w:rFonts w:asciiTheme="majorHAnsi" w:hAnsiTheme="majorHAnsi" w:cstheme="majorHAnsi"/>
                <w:color w:val="auto"/>
                <w:sz w:val="17"/>
                <w:lang w:val="pl-PL"/>
              </w:rPr>
            </w:pPr>
            <w:r>
              <w:rPr>
                <w:rFonts w:asciiTheme="majorHAnsi" w:hAnsiTheme="majorHAnsi" w:cstheme="majorHAnsi"/>
                <w:color w:val="auto"/>
                <w:sz w:val="17"/>
                <w:lang w:val="pl-PL"/>
              </w:rPr>
              <w:t>Student ostatniego roku studiów II stopnia zobowiązany jest złożyć pracę dyplomową nie później niż</w:t>
            </w:r>
          </w:p>
        </w:tc>
        <w:tc>
          <w:tcPr>
            <w:tcW w:w="5499" w:type="dxa"/>
            <w:tcMar>
              <w:top w:w="90" w:type="dxa"/>
              <w:left w:w="115" w:type="dxa"/>
              <w:bottom w:w="90" w:type="dxa"/>
              <w:right w:w="115" w:type="dxa"/>
            </w:tcMar>
            <w:vAlign w:val="center"/>
          </w:tcPr>
          <w:p w14:paraId="028CA77E" w14:textId="77777777" w:rsidR="00EB7BED" w:rsidRDefault="00EB7BED" w:rsidP="00EB7BED">
            <w:pPr>
              <w:spacing w:line="240" w:lineRule="auto"/>
              <w:rPr>
                <w:rFonts w:asciiTheme="majorHAnsi" w:hAnsiTheme="majorHAnsi" w:cstheme="majorHAnsi"/>
                <w:b/>
                <w:color w:val="auto"/>
                <w:sz w:val="17"/>
                <w:lang w:val="pl-PL"/>
              </w:rPr>
            </w:pPr>
          </w:p>
          <w:p w14:paraId="3EC9D056" w14:textId="4418B2B5" w:rsidR="00EB7BED" w:rsidRDefault="00EB7BED" w:rsidP="00EB7BED">
            <w:pPr>
              <w:spacing w:line="240" w:lineRule="auto"/>
              <w:rPr>
                <w:rFonts w:asciiTheme="majorHAnsi" w:hAnsiTheme="majorHAnsi" w:cstheme="majorHAnsi"/>
                <w:color w:val="auto"/>
                <w:sz w:val="17"/>
                <w:lang w:val="pl-PL"/>
              </w:rPr>
            </w:pPr>
            <w:r w:rsidRPr="00B93B4B">
              <w:rPr>
                <w:rFonts w:asciiTheme="majorHAnsi" w:hAnsiTheme="majorHAnsi" w:cstheme="majorHAnsi"/>
                <w:b/>
                <w:color w:val="auto"/>
                <w:sz w:val="17"/>
                <w:lang w:val="pl-PL"/>
              </w:rPr>
              <w:t>do 30 czerwca</w:t>
            </w:r>
            <w:r>
              <w:rPr>
                <w:rFonts w:asciiTheme="majorHAnsi" w:hAnsiTheme="majorHAnsi" w:cstheme="majorHAnsi"/>
                <w:color w:val="auto"/>
                <w:sz w:val="17"/>
                <w:lang w:val="pl-PL"/>
              </w:rPr>
              <w:t xml:space="preserve"> dla studiów stacjonarnych jeżeli kończą się w semestrze letnim</w:t>
            </w:r>
          </w:p>
          <w:p w14:paraId="391D464D" w14:textId="77777777" w:rsidR="00EB7BED" w:rsidRDefault="00EB7BED" w:rsidP="00EB7BED">
            <w:pPr>
              <w:spacing w:line="240" w:lineRule="auto"/>
              <w:rPr>
                <w:rFonts w:asciiTheme="majorHAnsi" w:hAnsiTheme="majorHAnsi" w:cstheme="majorHAnsi"/>
                <w:color w:val="auto"/>
                <w:sz w:val="17"/>
                <w:lang w:val="pl-PL"/>
              </w:rPr>
            </w:pPr>
          </w:p>
          <w:p w14:paraId="031F6E2E" w14:textId="3D4FCAA1" w:rsidR="00EB7BED" w:rsidRDefault="00EB7BED" w:rsidP="00EB7BED">
            <w:pPr>
              <w:spacing w:line="240" w:lineRule="auto"/>
              <w:rPr>
                <w:rFonts w:asciiTheme="majorHAnsi" w:hAnsiTheme="majorHAnsi" w:cstheme="majorHAnsi"/>
                <w:color w:val="auto"/>
                <w:sz w:val="17"/>
                <w:lang w:val="pl-PL"/>
              </w:rPr>
            </w:pPr>
          </w:p>
        </w:tc>
      </w:tr>
      <w:tr w:rsidR="00EB7BED" w:rsidRPr="008457DC" w14:paraId="29814BE7" w14:textId="77777777" w:rsidTr="008457DC">
        <w:trPr>
          <w:cantSplit/>
          <w:jc w:val="center"/>
        </w:trPr>
        <w:tc>
          <w:tcPr>
            <w:tcW w:w="15137" w:type="dxa"/>
            <w:gridSpan w:val="2"/>
            <w:shd w:val="clear" w:color="auto" w:fill="D9D9D9" w:themeFill="background1" w:themeFillShade="D9"/>
            <w:tcMar>
              <w:top w:w="90" w:type="dxa"/>
              <w:left w:w="115" w:type="dxa"/>
              <w:bottom w:w="90" w:type="dxa"/>
              <w:right w:w="115" w:type="dxa"/>
            </w:tcMar>
            <w:vAlign w:val="center"/>
          </w:tcPr>
          <w:p w14:paraId="21F0AF49" w14:textId="77777777" w:rsidR="00EB7BED" w:rsidRPr="008457DC" w:rsidRDefault="00EB7BED" w:rsidP="00EB7BED">
            <w:pPr>
              <w:spacing w:line="240" w:lineRule="auto"/>
              <w:rPr>
                <w:rFonts w:asciiTheme="majorHAnsi" w:hAnsiTheme="majorHAnsi" w:cstheme="majorHAnsi"/>
                <w:color w:val="auto"/>
                <w:lang w:val="pl-PL"/>
              </w:rPr>
            </w:pPr>
            <w:r w:rsidRPr="008457DC">
              <w:rPr>
                <w:rFonts w:asciiTheme="majorHAnsi" w:hAnsiTheme="majorHAnsi" w:cstheme="majorHAnsi"/>
                <w:b/>
                <w:color w:val="auto"/>
                <w:lang w:val="pl-PL"/>
              </w:rPr>
              <w:t>Interesariusze zewnętrzni</w:t>
            </w:r>
          </w:p>
        </w:tc>
      </w:tr>
      <w:tr w:rsidR="00EB7BED" w:rsidRPr="008457DC" w14:paraId="7902EF26" w14:textId="77777777" w:rsidTr="008457DC">
        <w:trPr>
          <w:cantSplit/>
          <w:jc w:val="center"/>
        </w:trPr>
        <w:tc>
          <w:tcPr>
            <w:tcW w:w="9638" w:type="dxa"/>
            <w:shd w:val="clear" w:color="auto" w:fill="auto"/>
            <w:tcMar>
              <w:top w:w="90" w:type="dxa"/>
              <w:left w:w="115" w:type="dxa"/>
              <w:bottom w:w="90" w:type="dxa"/>
              <w:right w:w="115" w:type="dxa"/>
            </w:tcMar>
            <w:vAlign w:val="center"/>
          </w:tcPr>
          <w:p w14:paraId="6049A23A" w14:textId="6EA5352C" w:rsidR="00EB7BED" w:rsidRPr="008457DC" w:rsidRDefault="00EB7BED" w:rsidP="00EB7BED">
            <w:pPr>
              <w:spacing w:line="240" w:lineRule="auto"/>
              <w:rPr>
                <w:rFonts w:asciiTheme="majorHAnsi" w:hAnsiTheme="majorHAnsi" w:cstheme="majorHAnsi"/>
                <w:color w:val="auto"/>
                <w:lang w:val="pl-PL"/>
              </w:rPr>
            </w:pPr>
            <w:r w:rsidRPr="008457DC">
              <w:rPr>
                <w:rFonts w:asciiTheme="majorHAnsi" w:hAnsiTheme="majorHAnsi" w:cstheme="majorHAnsi"/>
                <w:color w:val="auto"/>
                <w:sz w:val="17"/>
                <w:lang w:val="pl-PL"/>
              </w:rPr>
              <w:t>Informują o znaczeniu dyplomu w środowisku</w:t>
            </w:r>
            <w:r>
              <w:rPr>
                <w:rFonts w:asciiTheme="majorHAnsi" w:hAnsiTheme="majorHAnsi" w:cstheme="majorHAnsi"/>
                <w:color w:val="auto"/>
                <w:sz w:val="17"/>
                <w:lang w:val="pl-PL"/>
              </w:rPr>
              <w:t xml:space="preserve"> oraz aktualności poruszanych w pracy dyplomowej zagadnieniach</w:t>
            </w:r>
          </w:p>
        </w:tc>
        <w:tc>
          <w:tcPr>
            <w:tcW w:w="5499" w:type="dxa"/>
            <w:shd w:val="clear" w:color="auto" w:fill="auto"/>
            <w:tcMar>
              <w:top w:w="90" w:type="dxa"/>
              <w:left w:w="115" w:type="dxa"/>
              <w:bottom w:w="90" w:type="dxa"/>
              <w:right w:w="115" w:type="dxa"/>
            </w:tcMar>
            <w:vAlign w:val="center"/>
          </w:tcPr>
          <w:p w14:paraId="03E16596" w14:textId="77777777" w:rsidR="00EB7BED" w:rsidRPr="008457DC" w:rsidRDefault="00EB7BED" w:rsidP="00EB7BED">
            <w:pPr>
              <w:spacing w:line="240" w:lineRule="auto"/>
              <w:rPr>
                <w:rFonts w:asciiTheme="majorHAnsi" w:hAnsiTheme="majorHAnsi" w:cstheme="majorHAnsi"/>
                <w:color w:val="auto"/>
                <w:lang w:val="pl-PL"/>
              </w:rPr>
            </w:pPr>
            <w:r w:rsidRPr="008457DC">
              <w:rPr>
                <w:rFonts w:asciiTheme="majorHAnsi" w:hAnsiTheme="majorHAnsi" w:cstheme="majorHAnsi"/>
                <w:color w:val="auto"/>
                <w:sz w:val="17"/>
                <w:lang w:val="pl-PL"/>
              </w:rPr>
              <w:t>na bieżąco</w:t>
            </w:r>
          </w:p>
        </w:tc>
      </w:tr>
      <w:tr w:rsidR="009467A5" w:rsidRPr="009467A5" w14:paraId="203EC1FC" w14:textId="77777777" w:rsidTr="00446072">
        <w:trPr>
          <w:cantSplit/>
          <w:jc w:val="center"/>
        </w:trPr>
        <w:tc>
          <w:tcPr>
            <w:tcW w:w="9638" w:type="dxa"/>
            <w:tcBorders>
              <w:bottom w:val="single" w:sz="4" w:space="0" w:color="auto"/>
            </w:tcBorders>
            <w:tcMar>
              <w:top w:w="90" w:type="dxa"/>
              <w:left w:w="115" w:type="dxa"/>
              <w:bottom w:w="90" w:type="dxa"/>
              <w:right w:w="115" w:type="dxa"/>
            </w:tcMar>
            <w:vAlign w:val="center"/>
          </w:tcPr>
          <w:p w14:paraId="009D85D6" w14:textId="77777777" w:rsidR="00EB7BED" w:rsidRPr="009467A5" w:rsidRDefault="00EB7BED" w:rsidP="00EB7BED">
            <w:pPr>
              <w:spacing w:line="240" w:lineRule="auto"/>
              <w:rPr>
                <w:rFonts w:asciiTheme="majorHAnsi" w:hAnsiTheme="majorHAnsi" w:cstheme="majorHAnsi"/>
                <w:color w:val="auto"/>
                <w:lang w:val="pl-PL"/>
              </w:rPr>
            </w:pPr>
            <w:r w:rsidRPr="009467A5">
              <w:rPr>
                <w:rFonts w:asciiTheme="majorHAnsi" w:hAnsiTheme="majorHAnsi" w:cstheme="majorHAnsi"/>
                <w:color w:val="auto"/>
                <w:sz w:val="17"/>
                <w:lang w:val="pl-PL"/>
              </w:rPr>
              <w:t>Proponują działania mogące podnieść jakość i wartość dyplomu</w:t>
            </w:r>
          </w:p>
        </w:tc>
        <w:tc>
          <w:tcPr>
            <w:tcW w:w="5499" w:type="dxa"/>
            <w:tcBorders>
              <w:bottom w:val="single" w:sz="4" w:space="0" w:color="auto"/>
            </w:tcBorders>
            <w:tcMar>
              <w:top w:w="90" w:type="dxa"/>
              <w:left w:w="115" w:type="dxa"/>
              <w:bottom w:w="90" w:type="dxa"/>
              <w:right w:w="115" w:type="dxa"/>
            </w:tcMar>
            <w:vAlign w:val="center"/>
          </w:tcPr>
          <w:p w14:paraId="36240E20" w14:textId="77777777" w:rsidR="00EB7BED" w:rsidRPr="009467A5" w:rsidRDefault="00EB7BED" w:rsidP="00EB7BED">
            <w:pPr>
              <w:spacing w:line="240" w:lineRule="auto"/>
              <w:rPr>
                <w:rFonts w:asciiTheme="majorHAnsi" w:hAnsiTheme="majorHAnsi" w:cstheme="majorHAnsi"/>
                <w:color w:val="auto"/>
                <w:lang w:val="pl-PL"/>
              </w:rPr>
            </w:pPr>
            <w:r w:rsidRPr="009467A5">
              <w:rPr>
                <w:rFonts w:asciiTheme="majorHAnsi" w:hAnsiTheme="majorHAnsi" w:cstheme="majorHAnsi"/>
                <w:color w:val="auto"/>
                <w:sz w:val="17"/>
                <w:lang w:val="pl-PL"/>
              </w:rPr>
              <w:t>na bieżąco</w:t>
            </w:r>
          </w:p>
        </w:tc>
      </w:tr>
      <w:tr w:rsidR="009467A5" w:rsidRPr="009467A5" w14:paraId="38590C1B" w14:textId="77777777" w:rsidTr="00446072">
        <w:trPr>
          <w:cantSplit/>
          <w:jc w:val="center"/>
        </w:trPr>
        <w:tc>
          <w:tcPr>
            <w:tcW w:w="9638" w:type="dxa"/>
            <w:tcBorders>
              <w:right w:val="nil"/>
            </w:tcBorders>
            <w:tcMar>
              <w:top w:w="90" w:type="dxa"/>
              <w:left w:w="115" w:type="dxa"/>
              <w:bottom w:w="90" w:type="dxa"/>
              <w:right w:w="115" w:type="dxa"/>
            </w:tcMar>
            <w:vAlign w:val="center"/>
          </w:tcPr>
          <w:p w14:paraId="79AF4FB0" w14:textId="594BACC0" w:rsidR="00446072" w:rsidRPr="009467A5" w:rsidRDefault="00446072" w:rsidP="00446072">
            <w:pPr>
              <w:spacing w:line="240" w:lineRule="auto"/>
              <w:rPr>
                <w:rFonts w:asciiTheme="majorHAnsi" w:hAnsiTheme="majorHAnsi" w:cstheme="majorHAnsi"/>
                <w:b/>
                <w:bCs/>
                <w:color w:val="auto"/>
                <w:sz w:val="17"/>
                <w:lang w:val="pl-PL"/>
              </w:rPr>
            </w:pPr>
            <w:r w:rsidRPr="009467A5">
              <w:rPr>
                <w:rFonts w:asciiTheme="majorHAnsi" w:hAnsiTheme="majorHAnsi" w:cstheme="majorHAnsi"/>
                <w:b/>
                <w:bCs/>
                <w:color w:val="auto"/>
                <w:sz w:val="17"/>
                <w:lang w:val="pl-PL"/>
              </w:rPr>
              <w:t>Sekretariat Podstawowej Jednostki Organizacyjnej</w:t>
            </w:r>
          </w:p>
        </w:tc>
        <w:tc>
          <w:tcPr>
            <w:tcW w:w="5499" w:type="dxa"/>
            <w:tcBorders>
              <w:left w:val="nil"/>
            </w:tcBorders>
            <w:tcMar>
              <w:top w:w="90" w:type="dxa"/>
              <w:left w:w="115" w:type="dxa"/>
              <w:bottom w:w="90" w:type="dxa"/>
              <w:right w:w="115" w:type="dxa"/>
            </w:tcMar>
            <w:vAlign w:val="center"/>
          </w:tcPr>
          <w:p w14:paraId="55910AD2" w14:textId="1210B89B" w:rsidR="00446072" w:rsidRPr="009467A5" w:rsidRDefault="00446072" w:rsidP="00446072">
            <w:pPr>
              <w:spacing w:line="240" w:lineRule="auto"/>
              <w:rPr>
                <w:rFonts w:asciiTheme="majorHAnsi" w:hAnsiTheme="majorHAnsi" w:cstheme="majorHAnsi"/>
                <w:color w:val="auto"/>
                <w:sz w:val="17"/>
                <w:lang w:val="pl-PL"/>
              </w:rPr>
            </w:pPr>
          </w:p>
        </w:tc>
      </w:tr>
      <w:tr w:rsidR="00446072" w:rsidRPr="009467A5" w14:paraId="2A3FD59E" w14:textId="77777777" w:rsidTr="008457DC">
        <w:trPr>
          <w:cantSplit/>
          <w:jc w:val="center"/>
        </w:trPr>
        <w:tc>
          <w:tcPr>
            <w:tcW w:w="9638" w:type="dxa"/>
            <w:tcMar>
              <w:top w:w="90" w:type="dxa"/>
              <w:left w:w="115" w:type="dxa"/>
              <w:bottom w:w="90" w:type="dxa"/>
              <w:right w:w="115" w:type="dxa"/>
            </w:tcMar>
            <w:vAlign w:val="center"/>
          </w:tcPr>
          <w:p w14:paraId="513B0921" w14:textId="7919710F" w:rsidR="00446072" w:rsidRPr="009467A5" w:rsidRDefault="007556A8" w:rsidP="00EB7BED">
            <w:pPr>
              <w:spacing w:line="240" w:lineRule="auto"/>
              <w:rPr>
                <w:rFonts w:asciiTheme="majorHAnsi" w:hAnsiTheme="majorHAnsi" w:cstheme="majorHAnsi"/>
                <w:color w:val="auto"/>
                <w:sz w:val="17"/>
                <w:lang w:val="pl-PL"/>
              </w:rPr>
            </w:pPr>
            <w:r w:rsidRPr="009467A5">
              <w:rPr>
                <w:rFonts w:asciiTheme="majorHAnsi" w:hAnsiTheme="majorHAnsi" w:cstheme="majorHAnsi"/>
                <w:color w:val="auto"/>
                <w:sz w:val="17"/>
                <w:lang w:val="pl-PL"/>
              </w:rPr>
              <w:t>Przygotowanie harmonogramu obron</w:t>
            </w:r>
            <w:r w:rsidR="002378DB" w:rsidRPr="009467A5">
              <w:rPr>
                <w:rFonts w:asciiTheme="majorHAnsi" w:hAnsiTheme="majorHAnsi" w:cstheme="majorHAnsi"/>
                <w:color w:val="auto"/>
                <w:sz w:val="17"/>
                <w:lang w:val="pl-PL"/>
              </w:rPr>
              <w:t xml:space="preserve"> </w:t>
            </w:r>
          </w:p>
        </w:tc>
        <w:tc>
          <w:tcPr>
            <w:tcW w:w="5499" w:type="dxa"/>
            <w:tcMar>
              <w:top w:w="90" w:type="dxa"/>
              <w:left w:w="115" w:type="dxa"/>
              <w:bottom w:w="90" w:type="dxa"/>
              <w:right w:w="115" w:type="dxa"/>
            </w:tcMar>
            <w:vAlign w:val="center"/>
          </w:tcPr>
          <w:p w14:paraId="60DA1AB7" w14:textId="69DEC718" w:rsidR="00446072" w:rsidRPr="009467A5" w:rsidRDefault="007556A8" w:rsidP="00EB7BED">
            <w:pPr>
              <w:spacing w:line="240" w:lineRule="auto"/>
              <w:rPr>
                <w:rFonts w:asciiTheme="majorHAnsi" w:hAnsiTheme="majorHAnsi" w:cstheme="majorHAnsi"/>
                <w:color w:val="auto"/>
                <w:sz w:val="17"/>
                <w:lang w:val="pl-PL"/>
              </w:rPr>
            </w:pPr>
            <w:r w:rsidRPr="009467A5">
              <w:rPr>
                <w:rFonts w:asciiTheme="majorHAnsi" w:hAnsiTheme="majorHAnsi" w:cstheme="majorHAnsi"/>
                <w:color w:val="auto"/>
                <w:sz w:val="17"/>
                <w:lang w:val="pl-PL"/>
              </w:rPr>
              <w:t>najpóźniej 7 dni przed terminem obrony</w:t>
            </w:r>
          </w:p>
        </w:tc>
      </w:tr>
    </w:tbl>
    <w:p w14:paraId="22A4B61E" w14:textId="77777777" w:rsidR="0086124C" w:rsidRPr="009467A5" w:rsidRDefault="0086124C">
      <w:pPr>
        <w:rPr>
          <w:rFonts w:asciiTheme="majorHAnsi" w:hAnsiTheme="majorHAnsi" w:cstheme="majorHAnsi"/>
          <w:color w:val="auto"/>
          <w:lang w:val="pl-PL"/>
        </w:rPr>
      </w:pPr>
    </w:p>
    <w:p w14:paraId="08E442DD" w14:textId="77777777" w:rsidR="0022307E" w:rsidRPr="009467A5" w:rsidRDefault="0022307E">
      <w:pPr>
        <w:rPr>
          <w:rFonts w:asciiTheme="majorHAnsi" w:hAnsiTheme="majorHAnsi" w:cstheme="majorHAnsi"/>
          <w:color w:val="auto"/>
          <w:lang w:val="pl-PL"/>
        </w:rPr>
      </w:pPr>
    </w:p>
    <w:p w14:paraId="042BBC02" w14:textId="77777777" w:rsidR="0022307E" w:rsidRPr="009467A5" w:rsidRDefault="0022307E">
      <w:pPr>
        <w:rPr>
          <w:rFonts w:asciiTheme="majorHAnsi" w:hAnsiTheme="majorHAnsi" w:cstheme="majorHAnsi"/>
          <w:color w:val="auto"/>
          <w:lang w:val="pl-PL"/>
        </w:rPr>
      </w:pPr>
      <w:bookmarkStart w:id="0" w:name="_GoBack"/>
      <w:bookmarkEnd w:id="0"/>
    </w:p>
    <w:sectPr w:rsidR="0022307E" w:rsidRPr="009467A5" w:rsidSect="000A08E9">
      <w:headerReference w:type="default" r:id="rId8"/>
      <w:footerReference w:type="default" r:id="rId9"/>
      <w:pgSz w:w="16838" w:h="11906" w:orient="landscape" w:code="9"/>
      <w:pgMar w:top="720" w:right="720" w:bottom="720" w:left="720" w:header="312" w:footer="31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A9FB48D" w14:textId="77777777" w:rsidR="00E170D5" w:rsidRDefault="00E170D5">
      <w:pPr>
        <w:spacing w:line="240" w:lineRule="auto"/>
        <w:rPr>
          <w:rFonts w:hint="eastAsia"/>
        </w:rPr>
      </w:pPr>
      <w:r>
        <w:separator/>
      </w:r>
    </w:p>
  </w:endnote>
  <w:endnote w:type="continuationSeparator" w:id="0">
    <w:p w14:paraId="722D3E37" w14:textId="77777777" w:rsidR="00E170D5" w:rsidRDefault="00E170D5">
      <w:pPr>
        <w:spacing w:line="240" w:lineRule="auto"/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altName w:val="Calibri"/>
    <w:panose1 w:val="00000000000000000000"/>
    <w:charset w:val="00"/>
    <w:family w:val="roman"/>
    <w:notTrueType/>
    <w:pitch w:val="default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Aptos Display">
    <w:altName w:val="Calibri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565943A" w14:textId="2571C48F" w:rsidR="005B5EBB" w:rsidRDefault="0086124C">
    <w:pPr>
      <w:pStyle w:val="Stopka"/>
      <w:jc w:val="right"/>
      <w:rPr>
        <w:rFonts w:hint="eastAsia"/>
      </w:rPr>
    </w:pPr>
    <w:r>
      <w:rPr>
        <w:color w:val="67778B"/>
        <w:sz w:val="15"/>
      </w:rPr>
      <w:t xml:space="preserve">Procedura dyplomowania  •  Strona </w:t>
    </w:r>
    <w:r>
      <w:fldChar w:fldCharType="begin"/>
    </w:r>
    <w:r>
      <w:instrText>PAGE</w:instrText>
    </w:r>
    <w:r>
      <w:fldChar w:fldCharType="separate"/>
    </w:r>
    <w:r w:rsidR="00E170D5">
      <w:rPr>
        <w:rFonts w:hint="eastAsia"/>
        <w:noProof/>
      </w:rP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9391589" w14:textId="77777777" w:rsidR="00E170D5" w:rsidRDefault="00E170D5">
      <w:pPr>
        <w:spacing w:line="240" w:lineRule="auto"/>
        <w:rPr>
          <w:rFonts w:hint="eastAsia"/>
        </w:rPr>
      </w:pPr>
      <w:r>
        <w:separator/>
      </w:r>
    </w:p>
  </w:footnote>
  <w:footnote w:type="continuationSeparator" w:id="0">
    <w:p w14:paraId="48A96495" w14:textId="77777777" w:rsidR="00E170D5" w:rsidRDefault="00E170D5">
      <w:pPr>
        <w:spacing w:line="240" w:lineRule="auto"/>
        <w:rPr>
          <w:rFonts w:hint="eastAsia"/>
        </w:rPr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614E81F" w14:textId="77777777" w:rsidR="005B5EBB" w:rsidRPr="00EB7BED" w:rsidRDefault="0086124C">
    <w:pPr>
      <w:pStyle w:val="Nagwek"/>
      <w:pBdr>
        <w:bottom w:val="single" w:sz="9" w:space="3" w:color="D8E3EE"/>
      </w:pBdr>
      <w:rPr>
        <w:rFonts w:asciiTheme="majorHAnsi" w:hAnsiTheme="majorHAnsi" w:cstheme="majorHAnsi"/>
        <w:lang w:val="pl-PL"/>
      </w:rPr>
    </w:pPr>
    <w:r w:rsidRPr="00EB7BED">
      <w:rPr>
        <w:rFonts w:asciiTheme="majorHAnsi" w:hAnsiTheme="majorHAnsi" w:cstheme="majorHAnsi"/>
        <w:b/>
        <w:color w:val="67778B"/>
        <w:sz w:val="15"/>
        <w:lang w:val="pl-PL"/>
      </w:rPr>
      <w:t>UNIWERSYTET KAZIMIERZA WIELKIEGO W BYDGOSZCZY  /  WYDZIAŁ INŻYNIERII MATERIAŁOWEJ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wan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wan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punktowana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punktowana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044217CD"/>
    <w:multiLevelType w:val="hybridMultilevel"/>
    <w:tmpl w:val="886C3FC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7730"/>
    <w:rsid w:val="00034616"/>
    <w:rsid w:val="00052E06"/>
    <w:rsid w:val="0006063C"/>
    <w:rsid w:val="00086BAE"/>
    <w:rsid w:val="000A08E9"/>
    <w:rsid w:val="000D71AE"/>
    <w:rsid w:val="0015074B"/>
    <w:rsid w:val="001545B3"/>
    <w:rsid w:val="001A4254"/>
    <w:rsid w:val="0022307E"/>
    <w:rsid w:val="002378DB"/>
    <w:rsid w:val="0029639D"/>
    <w:rsid w:val="00326F90"/>
    <w:rsid w:val="003709D3"/>
    <w:rsid w:val="00424337"/>
    <w:rsid w:val="00446072"/>
    <w:rsid w:val="00594827"/>
    <w:rsid w:val="005B5EBB"/>
    <w:rsid w:val="005D4438"/>
    <w:rsid w:val="00616E4F"/>
    <w:rsid w:val="00730659"/>
    <w:rsid w:val="007556A8"/>
    <w:rsid w:val="00780F32"/>
    <w:rsid w:val="007F21D2"/>
    <w:rsid w:val="00805697"/>
    <w:rsid w:val="008457DC"/>
    <w:rsid w:val="0086124C"/>
    <w:rsid w:val="00865AF7"/>
    <w:rsid w:val="009467A5"/>
    <w:rsid w:val="00984A4E"/>
    <w:rsid w:val="009960E7"/>
    <w:rsid w:val="009A3B60"/>
    <w:rsid w:val="00AA1D8D"/>
    <w:rsid w:val="00B47730"/>
    <w:rsid w:val="00B93B4B"/>
    <w:rsid w:val="00BD673A"/>
    <w:rsid w:val="00BE0E3E"/>
    <w:rsid w:val="00BF3B21"/>
    <w:rsid w:val="00C81E79"/>
    <w:rsid w:val="00CB0664"/>
    <w:rsid w:val="00D07DFB"/>
    <w:rsid w:val="00E170D5"/>
    <w:rsid w:val="00E70FCA"/>
    <w:rsid w:val="00E96E33"/>
    <w:rsid w:val="00EB09B3"/>
    <w:rsid w:val="00EB7BED"/>
    <w:rsid w:val="00F66B19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82FC92D"/>
  <w14:defaultImageDpi w14:val="300"/>
  <w15:docId w15:val="{C349CB6F-C46C-4EC7-95A6-3CC8D313DD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FC693F"/>
    <w:pPr>
      <w:spacing w:after="0" w:line="254" w:lineRule="auto"/>
    </w:pPr>
    <w:rPr>
      <w:rFonts w:ascii="Aptos" w:hAnsi="Aptos"/>
      <w:color w:val="2A333E"/>
      <w:sz w:val="18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618BF"/>
    <w:pPr>
      <w:tabs>
        <w:tab w:val="center" w:pos="4680"/>
        <w:tab w:val="right" w:pos="9360"/>
      </w:tabs>
      <w:spacing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618BF"/>
  </w:style>
  <w:style w:type="paragraph" w:styleId="Stopka">
    <w:name w:val="footer"/>
    <w:basedOn w:val="Normalny"/>
    <w:link w:val="StopkaZnak"/>
    <w:uiPriority w:val="99"/>
    <w:unhideWhenUsed/>
    <w:rsid w:val="00E618BF"/>
    <w:pPr>
      <w:tabs>
        <w:tab w:val="center" w:pos="4680"/>
        <w:tab w:val="right" w:pos="9360"/>
      </w:tabs>
      <w:spacing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618BF"/>
  </w:style>
  <w:style w:type="paragraph" w:styleId="Bezodstpw">
    <w:name w:val="No Spacing"/>
    <w:uiPriority w:val="1"/>
    <w:qFormat/>
    <w:rsid w:val="00FC693F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ytu">
    <w:name w:val="Title"/>
    <w:basedOn w:val="Normalny"/>
    <w:next w:val="Normalny"/>
    <w:link w:val="TytuZnak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kapitzlist">
    <w:name w:val="List Paragraph"/>
    <w:basedOn w:val="Normalny"/>
    <w:uiPriority w:val="34"/>
    <w:qFormat/>
    <w:rsid w:val="00FC693F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A1D8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A1D8D"/>
  </w:style>
  <w:style w:type="paragraph" w:styleId="Tekstpodstawowy2">
    <w:name w:val="Body Text 2"/>
    <w:basedOn w:val="Normalny"/>
    <w:link w:val="Tekstpodstawowy2Znak"/>
    <w:uiPriority w:val="99"/>
    <w:unhideWhenUsed/>
    <w:rsid w:val="00AA1D8D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A1D8D"/>
  </w:style>
  <w:style w:type="paragraph" w:styleId="Tekstpodstawowy3">
    <w:name w:val="Body Text 3"/>
    <w:basedOn w:val="Normalny"/>
    <w:link w:val="Tekstpodstawowy3Znak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A1D8D"/>
    <w:rPr>
      <w:sz w:val="16"/>
      <w:szCs w:val="16"/>
    </w:rPr>
  </w:style>
  <w:style w:type="paragraph" w:styleId="Lista">
    <w:name w:val="List"/>
    <w:basedOn w:val="Normalny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ny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rsid w:val="00326F90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rsid w:val="00326F90"/>
    <w:pPr>
      <w:numPr>
        <w:numId w:val="1"/>
      </w:numPr>
      <w:contextualSpacing/>
    </w:pPr>
  </w:style>
  <w:style w:type="paragraph" w:styleId="Listapunktowana2">
    <w:name w:val="List Bullet 2"/>
    <w:basedOn w:val="Normalny"/>
    <w:uiPriority w:val="99"/>
    <w:unhideWhenUsed/>
    <w:rsid w:val="00326F90"/>
    <w:pPr>
      <w:numPr>
        <w:numId w:val="2"/>
      </w:numPr>
      <w:contextualSpacing/>
    </w:pPr>
  </w:style>
  <w:style w:type="paragraph" w:styleId="Listapunktowana3">
    <w:name w:val="List Bullet 3"/>
    <w:basedOn w:val="Normalny"/>
    <w:uiPriority w:val="99"/>
    <w:unhideWhenUsed/>
    <w:rsid w:val="00326F90"/>
    <w:pPr>
      <w:numPr>
        <w:numId w:val="3"/>
      </w:numPr>
      <w:contextualSpacing/>
    </w:pPr>
  </w:style>
  <w:style w:type="paragraph" w:styleId="Listanumerowana">
    <w:name w:val="List Number"/>
    <w:basedOn w:val="Normalny"/>
    <w:uiPriority w:val="99"/>
    <w:unhideWhenUsed/>
    <w:rsid w:val="00326F90"/>
    <w:pPr>
      <w:numPr>
        <w:numId w:val="5"/>
      </w:numPr>
      <w:contextualSpacing/>
    </w:pPr>
  </w:style>
  <w:style w:type="paragraph" w:styleId="Listanumerowana2">
    <w:name w:val="List Number 2"/>
    <w:basedOn w:val="Normalny"/>
    <w:uiPriority w:val="99"/>
    <w:unhideWhenUsed/>
    <w:rsid w:val="0029639D"/>
    <w:pPr>
      <w:numPr>
        <w:numId w:val="6"/>
      </w:numPr>
      <w:contextualSpacing/>
    </w:pPr>
  </w:style>
  <w:style w:type="paragraph" w:styleId="Listanumerowana3">
    <w:name w:val="List Number 3"/>
    <w:basedOn w:val="Normalny"/>
    <w:uiPriority w:val="99"/>
    <w:unhideWhenUsed/>
    <w:rsid w:val="0029639D"/>
    <w:pPr>
      <w:numPr>
        <w:numId w:val="7"/>
      </w:numPr>
      <w:contextualSpacing/>
    </w:pPr>
  </w:style>
  <w:style w:type="paragraph" w:styleId="Lista-kontynuacja">
    <w:name w:val="List Continue"/>
    <w:basedOn w:val="Normalny"/>
    <w:uiPriority w:val="99"/>
    <w:unhideWhenUsed/>
    <w:rsid w:val="0029639D"/>
    <w:pPr>
      <w:spacing w:after="120"/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rsid w:val="0029639D"/>
    <w:pPr>
      <w:spacing w:after="120"/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rsid w:val="0029639D"/>
    <w:pPr>
      <w:spacing w:after="120"/>
      <w:ind w:left="1080"/>
      <w:contextualSpacing/>
    </w:pPr>
  </w:style>
  <w:style w:type="paragraph" w:styleId="Tekstmakra">
    <w:name w:val="macro"/>
    <w:link w:val="Tekstmakra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rsid w:val="0029639D"/>
    <w:rPr>
      <w:rFonts w:ascii="Courier" w:hAnsi="Courier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FC693F"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FC693F"/>
    <w:rPr>
      <w:i/>
      <w:i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Cs w:val="18"/>
    </w:rPr>
  </w:style>
  <w:style w:type="character" w:styleId="Pogrubienie">
    <w:name w:val="Strong"/>
    <w:basedOn w:val="Domylnaczcionkaakapitu"/>
    <w:uiPriority w:val="22"/>
    <w:qFormat/>
    <w:rsid w:val="00FC693F"/>
    <w:rPr>
      <w:b/>
      <w:bCs/>
    </w:rPr>
  </w:style>
  <w:style w:type="character" w:styleId="Uwydatnienie">
    <w:name w:val="Emphasis"/>
    <w:basedOn w:val="Domylnaczcionkaakapitu"/>
    <w:uiPriority w:val="20"/>
    <w:qFormat/>
    <w:rsid w:val="00FC693F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C693F"/>
    <w:rPr>
      <w:b/>
      <w:bCs/>
      <w:i/>
      <w:iCs/>
      <w:color w:val="4F81BD" w:themeColor="accent1"/>
    </w:rPr>
  </w:style>
  <w:style w:type="character" w:styleId="Wyrnieniedelikatne">
    <w:name w:val="Subtle Emphasis"/>
    <w:basedOn w:val="Domylnaczcionkaakapitu"/>
    <w:uiPriority w:val="19"/>
    <w:qFormat/>
    <w:rsid w:val="00FC693F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FC693F"/>
    <w:rPr>
      <w:b/>
      <w:bCs/>
      <w:i/>
      <w:iCs/>
      <w:color w:val="4F81BD" w:themeColor="accent1"/>
    </w:rPr>
  </w:style>
  <w:style w:type="character" w:styleId="Odwoaniedelikatne">
    <w:name w:val="Subtle Reference"/>
    <w:basedOn w:val="Domylnaczcionkaakapitu"/>
    <w:uiPriority w:val="31"/>
    <w:qFormat/>
    <w:rsid w:val="00FC693F"/>
    <w:rPr>
      <w:smallCaps/>
      <w:color w:val="C0504D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FC693F"/>
    <w:rPr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693F"/>
    <w:pPr>
      <w:outlineLvl w:val="9"/>
    </w:pPr>
  </w:style>
  <w:style w:type="table" w:styleId="Tabela-Siatka">
    <w:name w:val="Table Grid"/>
    <w:basedOn w:val="Standardowy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ecieniowanie">
    <w:name w:val="Light Shading"/>
    <w:basedOn w:val="Standardowy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Jasnasiatka">
    <w:name w:val="Light Grid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redniecieniowanie1">
    <w:name w:val="Medium Shading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ProceduraNaglowek">
    <w:name w:val="ProceduraNaglowek"/>
    <w:basedOn w:val="Normalny"/>
    <w:pPr>
      <w:keepNext/>
      <w:spacing w:after="80"/>
    </w:pPr>
    <w:rPr>
      <w:rFonts w:ascii="Aptos Display" w:hAnsi="Aptos Display"/>
      <w:b/>
      <w:color w:val="153150"/>
      <w:sz w:val="27"/>
    </w:rPr>
  </w:style>
  <w:style w:type="paragraph" w:customStyle="1" w:styleId="ProceduraSekcja">
    <w:name w:val="ProceduraSekcja"/>
    <w:basedOn w:val="Normalny"/>
    <w:pPr>
      <w:keepNext/>
      <w:spacing w:after="80"/>
    </w:pPr>
    <w:rPr>
      <w:rFonts w:ascii="Aptos Display" w:hAnsi="Aptos Display"/>
      <w:b/>
      <w:color w:val="153150"/>
      <w:sz w:val="20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E96E3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E96E33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E96E33"/>
    <w:rPr>
      <w:rFonts w:ascii="Aptos" w:hAnsi="Aptos"/>
      <w:color w:val="2A333E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E96E3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E96E33"/>
    <w:rPr>
      <w:rFonts w:ascii="Aptos" w:hAnsi="Aptos"/>
      <w:b/>
      <w:bCs/>
      <w:color w:val="2A333E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24141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9513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983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21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1821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5786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324DA529-46F1-4260-B737-55C12A78AC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1177</Words>
  <Characters>7065</Characters>
  <Application>Microsoft Office Word</Application>
  <DocSecurity>0</DocSecurity>
  <Lines>58</Lines>
  <Paragraphs>16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Procedura dyplomowania (w tym zatwierdzania tematów prac dyplomowych)</vt:lpstr>
      <vt:lpstr/>
    </vt:vector>
  </TitlesOfParts>
  <Manager/>
  <Company/>
  <LinksUpToDate>false</LinksUpToDate>
  <CharactersWithSpaces>8226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Procedura dyplomowania (w tym zatwierdzania tematów prac dyplomowych)</dc:title>
  <dc:subject>Wydział Inżynierii Materiałowej — procedura dyplomowania</dc:subject>
  <dc:creator>Cezary Gozdecki</dc:creator>
  <cp:keywords/>
  <dc:description>generated by python-docx</dc:description>
  <cp:lastModifiedBy>Użytkownik systemu Windows</cp:lastModifiedBy>
  <cp:revision>2</cp:revision>
  <cp:lastPrinted>2026-10-22T08:01:00Z</cp:lastPrinted>
  <dcterms:created xsi:type="dcterms:W3CDTF">2026-10-27T08:55:00Z</dcterms:created>
  <dcterms:modified xsi:type="dcterms:W3CDTF">2026-10-27T08:55:00Z</dcterms:modified>
  <cp:category/>
</cp:coreProperties>
</file>